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13F1A040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FA5107">
        <w:rPr>
          <w:b/>
          <w:bCs/>
          <w:sz w:val="40"/>
          <w:szCs w:val="40"/>
        </w:rPr>
        <w:t>Neonatology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Default="00260F73" w:rsidP="00260F73"/>
    <w:p w14:paraId="563BE42A" w14:textId="77777777" w:rsidR="00EF6B8C" w:rsidRPr="00260F73" w:rsidRDefault="00EF6B8C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0456E3A8">
                <wp:simplePos x="0" y="0"/>
                <wp:positionH relativeFrom="margin">
                  <wp:align>right</wp:align>
                </wp:positionH>
                <wp:positionV relativeFrom="paragraph">
                  <wp:posOffset>2041304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5444953B" w:rsidR="002931FF" w:rsidRPr="00EF6B8C" w:rsidRDefault="00EF6B8C" w:rsidP="00EF6B8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60.7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DcvBlC&#10;3QAAAAgBAAAPAAAAAAAAAAAAAAAAAGgEAABkcnMvZG93bnJldi54bWxQSwUGAAAAAAQABADzAAAA&#10;cgUAAAAA&#10;">
                <v:textbox style="mso-fit-shape-to-text:t">
                  <w:txbxContent>
                    <w:p w14:paraId="0B7A552B" w14:textId="5444953B" w:rsidR="002931FF" w:rsidRPr="00EF6B8C" w:rsidRDefault="00EF6B8C" w:rsidP="00EF6B8C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7C3735CE" w:rsidR="00260F73" w:rsidRDefault="00260F73" w:rsidP="00260F73">
      <w:pPr>
        <w:rPr>
          <w:b/>
          <w:bCs/>
        </w:rPr>
      </w:pPr>
      <w:r w:rsidRPr="00260F73">
        <w:rPr>
          <w:b/>
          <w:bCs/>
        </w:rPr>
        <w:t xml:space="preserve">Brief statement (250 words) outlining your motivation for a career in </w:t>
      </w:r>
      <w:r w:rsidR="002D7CE0">
        <w:rPr>
          <w:b/>
          <w:bCs/>
        </w:rPr>
        <w:t>medicine</w:t>
      </w:r>
      <w:r w:rsidRPr="00260F73">
        <w:rPr>
          <w:b/>
          <w:bCs/>
        </w:rPr>
        <w:t>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EndPr/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E0FFB1" w14:textId="77777777" w:rsidR="00EF6B8C" w:rsidRDefault="00EF6B8C" w:rsidP="00EF6B8C"/>
    <w:p w14:paraId="73ED809F" w14:textId="146849B9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Pr="00260F73" w:rsidRDefault="000965D3" w:rsidP="00597958">
      <w:sdt>
        <w:sdtPr>
          <w:id w:val="-1365520692"/>
          <w:placeholder>
            <w:docPart w:val="767E5F504CE04A3283DBB5C362BF53DD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15D68A23" w14:textId="77777777" w:rsidR="002D7CE0" w:rsidRPr="002D7CE0" w:rsidRDefault="002D7CE0" w:rsidP="002D7CE0">
      <w:pPr>
        <w:pStyle w:val="ListParagraph"/>
        <w:numPr>
          <w:ilvl w:val="0"/>
          <w:numId w:val="14"/>
        </w:numPr>
        <w:rPr>
          <w:rFonts w:asciiTheme="minorHAnsi" w:hAnsiTheme="minorHAnsi"/>
          <w:b/>
          <w:bCs/>
          <w:sz w:val="22"/>
          <w:lang w:val="en-US"/>
        </w:rPr>
      </w:pPr>
      <w:r w:rsidRPr="002D7CE0">
        <w:rPr>
          <w:b/>
          <w:bCs/>
        </w:rPr>
        <w:t>What experiences have influenced your decision to pursue this area? (200 words)</w:t>
      </w:r>
    </w:p>
    <w:sdt>
      <w:sdtPr>
        <w:rPr>
          <w:b/>
          <w:bCs/>
        </w:rPr>
        <w:id w:val="2111695966"/>
        <w:placeholder>
          <w:docPart w:val="75FCDD7E8CBA47AF8DF1392A06827920"/>
        </w:placeholder>
        <w:showingPlcHdr/>
      </w:sdtPr>
      <w:sdtEndPr/>
      <w:sdtContent>
        <w:p w14:paraId="52DC8295" w14:textId="76616936" w:rsidR="002D7CE0" w:rsidRPr="002D7CE0" w:rsidRDefault="002D7CE0" w:rsidP="002D7CE0">
          <w:pPr>
            <w:rPr>
              <w:b/>
              <w:bCs/>
            </w:rPr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6D1828A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0965D3" w:rsidP="00597958">
      <w:sdt>
        <w:sdtPr>
          <w:id w:val="-462970739"/>
          <w:placeholder>
            <w:docPart w:val="15FA136DFCC9400EA3643631FD9D49AC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EndPr/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4B5F529A" w14:textId="77777777" w:rsidR="00EF6B8C" w:rsidRDefault="00EF6B8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14F9B9F3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56781151" w14:textId="77777777" w:rsidR="000A5F58" w:rsidRDefault="000A5F58" w:rsidP="000A5F58">
      <w:r>
        <w:t>(Reverse chronological order – Starting from your most recent to least)</w:t>
      </w:r>
    </w:p>
    <w:p w14:paraId="0A20EB36" w14:textId="65244DE7" w:rsidR="000A5F58" w:rsidRDefault="000A5F58" w:rsidP="000A5F58">
      <w:r>
        <w:t>Focus on paediatric relevant courses such as APLS/APEX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0A372FA2" w14:textId="77777777" w:rsidR="00EF6B8C" w:rsidRDefault="00EF6B8C" w:rsidP="00EF6B8C"/>
    <w:p w14:paraId="75B4FEB0" w14:textId="22F0C80C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51D06301" w:rsidR="00B16633" w:rsidRPr="00260F73" w:rsidRDefault="00443D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26FB44C0" w:rsidR="00B16633" w:rsidRPr="00260F73" w:rsidRDefault="00443D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39F1514E" w:rsidR="00B16633" w:rsidRPr="00260F73" w:rsidRDefault="00443D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44FDF4E7" w:rsidR="00B16633" w:rsidRPr="00260F73" w:rsidRDefault="00443D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2659E264" w:rsidR="00B16633" w:rsidRPr="00260F73" w:rsidRDefault="00443D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38E3CC7A" w:rsidR="00B16633" w:rsidRPr="00260F73" w:rsidRDefault="00443D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62BBB44E" w:rsidR="00B16633" w:rsidRPr="00260F73" w:rsidRDefault="00443D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15F26362" w:rsidR="00B16633" w:rsidRPr="00260F73" w:rsidRDefault="00443D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7CCFA5DD" w:rsidR="00B16633" w:rsidRPr="00260F73" w:rsidRDefault="00443D0B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7461C843" w:rsidR="00B16633" w:rsidRPr="00260F73" w:rsidRDefault="00443D0B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74CC53BB" w:rsidR="00B16633" w:rsidRPr="00260F73" w:rsidRDefault="00443D0B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7C27BC54" w:rsidR="00B16633" w:rsidRPr="00260F73" w:rsidRDefault="00443D0B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564BE81F" w:rsidR="00214ECC" w:rsidRPr="00260F73" w:rsidRDefault="003729FB">
      <w:r w:rsidRPr="00260F73">
        <w:t>(Reverse chronological order</w:t>
      </w:r>
      <w:r w:rsidR="000A5F58">
        <w:t xml:space="preserve"> – starting from your most recent to least</w:t>
      </w:r>
      <w:r w:rsidRPr="00260F73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429E8045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1729708B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56849484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2F25C1B2" w:rsidR="002E140B" w:rsidRPr="00260F73" w:rsidRDefault="002E140B" w:rsidP="002E140B"/>
        </w:tc>
      </w:tr>
      <w:tr w:rsidR="00EF6B8C" w:rsidRPr="00260F73" w14:paraId="2CA5F091" w14:textId="77777777" w:rsidTr="00E70F08">
        <w:tc>
          <w:tcPr>
            <w:tcW w:w="9350" w:type="dxa"/>
            <w:gridSpan w:val="2"/>
          </w:tcPr>
          <w:p w14:paraId="1BF1F738" w14:textId="321E8B1B" w:rsidR="00EF6B8C" w:rsidRPr="00260F73" w:rsidRDefault="00EF6B8C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48147328"/>
                <w:placeholder>
                  <w:docPart w:val="F7F8148B2FCE4BA289FE5A040BC6A1B0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F6B8C" w:rsidRPr="00260F73" w14:paraId="7A8CCA59" w14:textId="77777777" w:rsidTr="002E140B">
        <w:tc>
          <w:tcPr>
            <w:tcW w:w="2547" w:type="dxa"/>
          </w:tcPr>
          <w:p w14:paraId="750AC09E" w14:textId="77777777" w:rsidR="00EF6B8C" w:rsidRPr="00260F73" w:rsidRDefault="00EF6B8C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272287779"/>
            <w:placeholder>
              <w:docPart w:val="426D1A8E45574ABC92E9B5530018C05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88C545A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08359C39" w14:textId="77777777" w:rsidTr="002E140B">
        <w:tc>
          <w:tcPr>
            <w:tcW w:w="2547" w:type="dxa"/>
          </w:tcPr>
          <w:p w14:paraId="063BA761" w14:textId="77777777" w:rsidR="00EF6B8C" w:rsidRPr="00260F73" w:rsidRDefault="00EF6B8C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426912422"/>
            <w:placeholder>
              <w:docPart w:val="55DEF717206E46CBB49E3CA9CF2B024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990EF35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7E103CFF" w14:textId="77777777" w:rsidTr="002E140B">
        <w:tc>
          <w:tcPr>
            <w:tcW w:w="2547" w:type="dxa"/>
          </w:tcPr>
          <w:p w14:paraId="0BB6F3A1" w14:textId="77777777" w:rsidR="00EF6B8C" w:rsidRPr="00260F73" w:rsidRDefault="00EF6B8C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41525996"/>
            <w:placeholder>
              <w:docPart w:val="380A5363FC87414F88DF988F8080C54E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4AD0E74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46F9F478" w14:textId="77777777" w:rsidTr="002E140B">
        <w:tc>
          <w:tcPr>
            <w:tcW w:w="2547" w:type="dxa"/>
          </w:tcPr>
          <w:p w14:paraId="50010011" w14:textId="77777777" w:rsidR="00EF6B8C" w:rsidRPr="00260F73" w:rsidRDefault="00EF6B8C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498243005"/>
            <w:placeholder>
              <w:docPart w:val="707E94450DB14712B026756090D23B87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16C68B6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47FD7D3F" w14:textId="77777777" w:rsidTr="002E140B">
        <w:tc>
          <w:tcPr>
            <w:tcW w:w="2547" w:type="dxa"/>
            <w:vAlign w:val="center"/>
          </w:tcPr>
          <w:p w14:paraId="7E247E13" w14:textId="77777777" w:rsidR="00EF6B8C" w:rsidRPr="00260F73" w:rsidRDefault="00EF6B8C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574970776"/>
            <w:placeholder>
              <w:docPart w:val="E2A0932178164859A80FCCB4EA1856C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905A0FA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2F8418F8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2BABF56" w14:textId="77777777" w:rsidR="00EF6B8C" w:rsidRPr="00260F73" w:rsidRDefault="00EF6B8C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931726898"/>
            <w:placeholder>
              <w:docPart w:val="282E699AA3744BFC9501298D440F8C4F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314B4433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20B345BF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BE9DA9" w14:textId="25FB3B4C" w:rsidR="00EF6B8C" w:rsidRPr="00260F73" w:rsidRDefault="00EF6B8C" w:rsidP="002E140B"/>
        </w:tc>
      </w:tr>
      <w:tr w:rsidR="00EF6B8C" w:rsidRPr="00260F73" w14:paraId="6B29211A" w14:textId="77777777" w:rsidTr="00E70F08">
        <w:tc>
          <w:tcPr>
            <w:tcW w:w="9350" w:type="dxa"/>
            <w:gridSpan w:val="2"/>
          </w:tcPr>
          <w:p w14:paraId="32CFDB9F" w14:textId="7D4B2C86" w:rsidR="00EF6B8C" w:rsidRPr="00260F73" w:rsidRDefault="00EF6B8C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390231786"/>
                <w:placeholder>
                  <w:docPart w:val="CEF54A643CC74A64A26A6C0224F85608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F6B8C" w:rsidRPr="00260F73" w14:paraId="15DDA011" w14:textId="77777777" w:rsidTr="002E140B">
        <w:tc>
          <w:tcPr>
            <w:tcW w:w="2547" w:type="dxa"/>
          </w:tcPr>
          <w:p w14:paraId="23E7C115" w14:textId="77777777" w:rsidR="00EF6B8C" w:rsidRPr="00260F73" w:rsidRDefault="00EF6B8C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450765928"/>
            <w:placeholder>
              <w:docPart w:val="42AE206B7D9C42A881845E3976C3FC1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0CE705FE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6BFA71F7" w14:textId="77777777" w:rsidTr="002E140B">
        <w:tc>
          <w:tcPr>
            <w:tcW w:w="2547" w:type="dxa"/>
          </w:tcPr>
          <w:p w14:paraId="725267E4" w14:textId="77777777" w:rsidR="00EF6B8C" w:rsidRPr="00260F73" w:rsidRDefault="00EF6B8C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987597360"/>
            <w:placeholder>
              <w:docPart w:val="8E181DB35AA74D9B86DCC60F452F3C7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5E688D1D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3855A610" w14:textId="77777777" w:rsidTr="002E140B">
        <w:tc>
          <w:tcPr>
            <w:tcW w:w="2547" w:type="dxa"/>
          </w:tcPr>
          <w:p w14:paraId="01F3082C" w14:textId="77777777" w:rsidR="00EF6B8C" w:rsidRPr="00260F73" w:rsidRDefault="00EF6B8C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1167020377"/>
            <w:placeholder>
              <w:docPart w:val="5183C18014A0495EB6507D1D46D0F80D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38D21C6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123A3D63" w14:textId="77777777" w:rsidTr="002E140B">
        <w:tc>
          <w:tcPr>
            <w:tcW w:w="2547" w:type="dxa"/>
          </w:tcPr>
          <w:p w14:paraId="48D08B54" w14:textId="77777777" w:rsidR="00EF6B8C" w:rsidRPr="00260F73" w:rsidRDefault="00EF6B8C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325194270"/>
            <w:placeholder>
              <w:docPart w:val="13E727D47674442B99BF612F70E5CD49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37DF55A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5895A282" w14:textId="77777777" w:rsidTr="002E140B">
        <w:tc>
          <w:tcPr>
            <w:tcW w:w="2547" w:type="dxa"/>
            <w:vAlign w:val="center"/>
          </w:tcPr>
          <w:p w14:paraId="5F51C193" w14:textId="77777777" w:rsidR="00EF6B8C" w:rsidRPr="00260F73" w:rsidRDefault="00EF6B8C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621534973"/>
            <w:placeholder>
              <w:docPart w:val="4F7B31ED605D47D7A374D7FAE2D8101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E7C1099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3587EEC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F8848C3" w14:textId="77777777" w:rsidR="00EF6B8C" w:rsidRPr="00260F73" w:rsidRDefault="00EF6B8C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894886566"/>
            <w:placeholder>
              <w:docPart w:val="4ECA7E9B6F724554B7E1741BD5E97F66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A5C647E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5BD98C08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0C45A" w14:textId="3F716C0E" w:rsidR="00EF6B8C" w:rsidRPr="00260F73" w:rsidRDefault="00EF6B8C" w:rsidP="002E140B"/>
        </w:tc>
      </w:tr>
      <w:tr w:rsidR="00EF6B8C" w:rsidRPr="00260F73" w14:paraId="769E06CE" w14:textId="77777777" w:rsidTr="00E70F08">
        <w:tc>
          <w:tcPr>
            <w:tcW w:w="9350" w:type="dxa"/>
            <w:gridSpan w:val="2"/>
          </w:tcPr>
          <w:p w14:paraId="39546B1D" w14:textId="5252BCE9" w:rsidR="00EF6B8C" w:rsidRPr="00260F73" w:rsidRDefault="00EF6B8C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852064406"/>
                <w:placeholder>
                  <w:docPart w:val="8F4BDD3587D44CF9A42CFF164713FFEE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F6B8C" w:rsidRPr="00260F73" w14:paraId="25F145C2" w14:textId="77777777" w:rsidTr="002E140B">
        <w:tc>
          <w:tcPr>
            <w:tcW w:w="2547" w:type="dxa"/>
          </w:tcPr>
          <w:p w14:paraId="277813C9" w14:textId="77777777" w:rsidR="00EF6B8C" w:rsidRPr="00260F73" w:rsidRDefault="00EF6B8C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661846842"/>
            <w:placeholder>
              <w:docPart w:val="037462EA8DAC489183AE76189A9DB4F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49BBEBE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7273BC35" w14:textId="77777777" w:rsidTr="002E140B">
        <w:tc>
          <w:tcPr>
            <w:tcW w:w="2547" w:type="dxa"/>
          </w:tcPr>
          <w:p w14:paraId="340DE8F0" w14:textId="77777777" w:rsidR="00EF6B8C" w:rsidRPr="00260F73" w:rsidRDefault="00EF6B8C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595288681"/>
            <w:placeholder>
              <w:docPart w:val="871F9A065894418984933CAACFFE92A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14AE0147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25BDDE71" w14:textId="77777777" w:rsidTr="002E140B">
        <w:tc>
          <w:tcPr>
            <w:tcW w:w="2547" w:type="dxa"/>
          </w:tcPr>
          <w:p w14:paraId="5D083F07" w14:textId="77777777" w:rsidR="00EF6B8C" w:rsidRPr="00260F73" w:rsidRDefault="00EF6B8C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88125612"/>
            <w:placeholder>
              <w:docPart w:val="0C7DC7BFAC5A463B8705A592F98AB5C5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066E076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7608435B" w14:textId="77777777" w:rsidTr="002E140B">
        <w:tc>
          <w:tcPr>
            <w:tcW w:w="2547" w:type="dxa"/>
          </w:tcPr>
          <w:p w14:paraId="000B6B26" w14:textId="77777777" w:rsidR="00EF6B8C" w:rsidRPr="00260F73" w:rsidRDefault="00EF6B8C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66611824"/>
            <w:placeholder>
              <w:docPart w:val="C4D00CF4AA5F4C08A0AE488A59A7EB5B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11A38F7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526F44DC" w14:textId="77777777" w:rsidTr="002E140B">
        <w:tc>
          <w:tcPr>
            <w:tcW w:w="2547" w:type="dxa"/>
            <w:vAlign w:val="center"/>
          </w:tcPr>
          <w:p w14:paraId="360CE98E" w14:textId="77777777" w:rsidR="00EF6B8C" w:rsidRPr="00260F73" w:rsidRDefault="00EF6B8C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856918392"/>
            <w:placeholder>
              <w:docPart w:val="1FA89FF507024FA79D036A10C3DCE5C9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868AADA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7A9E90E4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1B199B2" w14:textId="77777777" w:rsidR="00EF6B8C" w:rsidRPr="00260F73" w:rsidRDefault="00EF6B8C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978104926"/>
            <w:placeholder>
              <w:docPart w:val="BE8F987013B44F0E82352C1DF84C9F6F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61F91C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4413C033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298659" w14:textId="03111D52" w:rsidR="00EF6B8C" w:rsidRPr="00260F73" w:rsidRDefault="00EF6B8C" w:rsidP="002E140B"/>
        </w:tc>
      </w:tr>
    </w:tbl>
    <w:p w14:paraId="0194F885" w14:textId="77777777" w:rsidR="00EF6B8C" w:rsidRDefault="00EF6B8C">
      <w:pPr>
        <w:pStyle w:val="Heading1"/>
      </w:pPr>
    </w:p>
    <w:p w14:paraId="0C768F64" w14:textId="77777777" w:rsidR="00EF6B8C" w:rsidRDefault="00EF6B8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4B0EA902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162486B2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00FB74B5" w14:textId="77777777" w:rsidTr="00A0792E">
        <w:tc>
          <w:tcPr>
            <w:tcW w:w="2830" w:type="dxa"/>
            <w:vAlign w:val="center"/>
          </w:tcPr>
          <w:p w14:paraId="013FD58D" w14:textId="3C3AD7D2" w:rsidR="000A5F58" w:rsidRPr="00260F73" w:rsidRDefault="000A5F58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-1759908549"/>
            <w:placeholder>
              <w:docPart w:val="BAD7DA4317824562B0E76F185F28F5E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8F02D03" w14:textId="2FABB59E" w:rsidR="000A5F58" w:rsidRPr="00260F73" w:rsidRDefault="000A5F58" w:rsidP="002D7D98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66B44E78" w:rsidR="00CD745A" w:rsidRPr="00260F73" w:rsidRDefault="00CD745A" w:rsidP="002D7D98"/>
        </w:tc>
      </w:tr>
      <w:tr w:rsidR="000A5F58" w:rsidRPr="00260F73" w14:paraId="79FB0695" w14:textId="77777777" w:rsidTr="0019370D">
        <w:tc>
          <w:tcPr>
            <w:tcW w:w="9350" w:type="dxa"/>
            <w:gridSpan w:val="2"/>
          </w:tcPr>
          <w:p w14:paraId="6E096881" w14:textId="6DC90CFB" w:rsidR="000A5F58" w:rsidRPr="00260F73" w:rsidRDefault="000A5F58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32733099"/>
                <w:placeholder>
                  <w:docPart w:val="774A2D43DF304886A881A48DB725E3AA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A5F58" w:rsidRPr="00260F73" w14:paraId="38A861DD" w14:textId="77777777" w:rsidTr="00A0792E">
        <w:tc>
          <w:tcPr>
            <w:tcW w:w="2830" w:type="dxa"/>
            <w:vAlign w:val="center"/>
          </w:tcPr>
          <w:p w14:paraId="2E388DB9" w14:textId="77777777" w:rsidR="000A5F58" w:rsidRPr="00260F73" w:rsidRDefault="000A5F58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805000164"/>
            <w:placeholder>
              <w:docPart w:val="F52DC1AC1EF943789D35F04A2928632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AA1B4F8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55819AD8" w14:textId="77777777" w:rsidTr="00A0792E">
        <w:tc>
          <w:tcPr>
            <w:tcW w:w="2830" w:type="dxa"/>
            <w:vAlign w:val="center"/>
          </w:tcPr>
          <w:p w14:paraId="2EBF37F9" w14:textId="77777777" w:rsidR="000A5F58" w:rsidRPr="00260F73" w:rsidRDefault="000A5F58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8D31961" w14:textId="77777777" w:rsidR="000A5F58" w:rsidRPr="00260F73" w:rsidRDefault="000A5F58" w:rsidP="002D7D98">
            <w:r w:rsidRPr="00260F73">
              <w:t xml:space="preserve">Yes </w:t>
            </w:r>
            <w:sdt>
              <w:sdtPr>
                <w:id w:val="-10352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006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74961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A5F58" w:rsidRPr="00260F73" w14:paraId="7897FBF6" w14:textId="77777777" w:rsidTr="00A0792E">
        <w:tc>
          <w:tcPr>
            <w:tcW w:w="2830" w:type="dxa"/>
            <w:vAlign w:val="center"/>
          </w:tcPr>
          <w:p w14:paraId="681E2D01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49138476"/>
            <w:placeholder>
              <w:docPart w:val="8F0F9E9C7F32471294302BE920C10E9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8B165B7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A5F58" w:rsidRPr="00260F73" w14:paraId="676E8CD9" w14:textId="77777777" w:rsidTr="00A0792E">
        <w:tc>
          <w:tcPr>
            <w:tcW w:w="2830" w:type="dxa"/>
            <w:vAlign w:val="center"/>
          </w:tcPr>
          <w:p w14:paraId="79AA0E71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1253327496"/>
            <w:placeholder>
              <w:docPart w:val="400EF9D5C5064AC3A5046E4511DC1EF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BF8EB7B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A5F58" w:rsidRPr="00260F73" w14:paraId="23267DBC" w14:textId="77777777" w:rsidTr="00A0792E">
        <w:tc>
          <w:tcPr>
            <w:tcW w:w="2830" w:type="dxa"/>
            <w:vAlign w:val="center"/>
          </w:tcPr>
          <w:p w14:paraId="171E3F65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7E72C201" w14:textId="77777777" w:rsidR="000A5F58" w:rsidRPr="00260F73" w:rsidRDefault="000A5F58" w:rsidP="00CD745A"/>
        </w:tc>
        <w:sdt>
          <w:sdtPr>
            <w:id w:val="-1256513825"/>
            <w:placeholder>
              <w:docPart w:val="47C1A675730A4DF4BE8EF00B988061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389A909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6E619FAB" w14:textId="77777777" w:rsidTr="00A0792E">
        <w:tc>
          <w:tcPr>
            <w:tcW w:w="2830" w:type="dxa"/>
            <w:vAlign w:val="center"/>
          </w:tcPr>
          <w:p w14:paraId="16B2695F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55810D58" w14:textId="77777777" w:rsidR="000A5F58" w:rsidRPr="00260F73" w:rsidRDefault="000A5F58" w:rsidP="00CD745A"/>
        </w:tc>
        <w:sdt>
          <w:sdtPr>
            <w:id w:val="-1724130423"/>
            <w:placeholder>
              <w:docPart w:val="B066F365C96545E7BCD8875465C8950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2E9CCC6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79834682" w14:textId="77777777" w:rsidTr="00A0792E">
        <w:tc>
          <w:tcPr>
            <w:tcW w:w="2830" w:type="dxa"/>
            <w:vAlign w:val="center"/>
          </w:tcPr>
          <w:p w14:paraId="323757DC" w14:textId="77777777" w:rsidR="000A5F58" w:rsidRPr="00260F73" w:rsidRDefault="000A5F58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2043270993"/>
            <w:placeholder>
              <w:docPart w:val="84A6CB71295541ACA9F42EDDCCA9A36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0326CC4" w14:textId="77777777" w:rsidR="000A5F58" w:rsidRPr="00260F73" w:rsidRDefault="000A5F58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5F58" w:rsidRPr="00260F73" w14:paraId="525A8EB3" w14:textId="77777777" w:rsidTr="00A0792E">
        <w:tc>
          <w:tcPr>
            <w:tcW w:w="2830" w:type="dxa"/>
            <w:vAlign w:val="center"/>
          </w:tcPr>
          <w:p w14:paraId="6547B44C" w14:textId="772150A6" w:rsidR="000A5F58" w:rsidRPr="00260F73" w:rsidRDefault="000A5F58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332725908"/>
            <w:placeholder>
              <w:docPart w:val="3A89163453E74F2594044BAC0AC3048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ADCC412" w14:textId="753E9BB7" w:rsidR="000A5F58" w:rsidRPr="00260F73" w:rsidRDefault="000A5F58" w:rsidP="00E73B0F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0A5F58" w:rsidRPr="00260F73" w14:paraId="65246EC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C34E8FB" w14:textId="77777777" w:rsidR="000A5F58" w:rsidRPr="00260F73" w:rsidRDefault="000A5F58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4DAB37C" w14:textId="2B969A00" w:rsidR="000A5F58" w:rsidRPr="00260F73" w:rsidRDefault="000A5F58" w:rsidP="002D7D98">
            <w:r w:rsidRPr="00260F73">
              <w:t xml:space="preserve">Yes </w:t>
            </w:r>
            <w:sdt>
              <w:sdtPr>
                <w:id w:val="38684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8925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51361F48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76A4F" w14:textId="77777777" w:rsidR="00EF6B8C" w:rsidRPr="00260F73" w:rsidRDefault="00EF6B8C" w:rsidP="000B319E"/>
        </w:tc>
      </w:tr>
      <w:tr w:rsidR="00EF6B8C" w:rsidRPr="00260F73" w14:paraId="4EF7CF53" w14:textId="77777777" w:rsidTr="000B319E">
        <w:tc>
          <w:tcPr>
            <w:tcW w:w="9350" w:type="dxa"/>
            <w:gridSpan w:val="2"/>
          </w:tcPr>
          <w:p w14:paraId="245AEB0B" w14:textId="77777777" w:rsidR="00EF6B8C" w:rsidRPr="00260F73" w:rsidRDefault="00EF6B8C" w:rsidP="000B319E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009971908"/>
                <w:placeholder>
                  <w:docPart w:val="40CA73ADD6124553ABD7F2E497234DA7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F6B8C" w:rsidRPr="00260F73" w14:paraId="0EC8EBCF" w14:textId="77777777" w:rsidTr="000B319E">
        <w:tc>
          <w:tcPr>
            <w:tcW w:w="2830" w:type="dxa"/>
            <w:vAlign w:val="center"/>
          </w:tcPr>
          <w:p w14:paraId="13D98430" w14:textId="77777777" w:rsidR="00EF6B8C" w:rsidRPr="00260F73" w:rsidRDefault="00EF6B8C" w:rsidP="000B319E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323737574"/>
            <w:placeholder>
              <w:docPart w:val="1E69436318D54158A613933B1B1E6BF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AB0E188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0E7C4B2D" w14:textId="77777777" w:rsidTr="000B319E">
        <w:tc>
          <w:tcPr>
            <w:tcW w:w="2830" w:type="dxa"/>
            <w:vAlign w:val="center"/>
          </w:tcPr>
          <w:p w14:paraId="4D0B3007" w14:textId="77777777" w:rsidR="00EF6B8C" w:rsidRPr="00260F73" w:rsidRDefault="00EF6B8C" w:rsidP="000B319E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13E4F7D" w14:textId="77777777" w:rsidR="00EF6B8C" w:rsidRPr="00260F73" w:rsidRDefault="00EF6B8C" w:rsidP="000B319E">
            <w:r w:rsidRPr="00260F73">
              <w:t xml:space="preserve">Yes </w:t>
            </w:r>
            <w:sdt>
              <w:sdtPr>
                <w:id w:val="13967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93775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08661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446CDCC2" w14:textId="77777777" w:rsidTr="000B319E">
        <w:tc>
          <w:tcPr>
            <w:tcW w:w="2830" w:type="dxa"/>
            <w:vAlign w:val="center"/>
          </w:tcPr>
          <w:p w14:paraId="515CABE1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2118481986"/>
            <w:placeholder>
              <w:docPart w:val="047BB0E6615A4372B310D7B03556377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B3AA8DB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4859C669" w14:textId="77777777" w:rsidTr="000B319E">
        <w:tc>
          <w:tcPr>
            <w:tcW w:w="2830" w:type="dxa"/>
            <w:vAlign w:val="center"/>
          </w:tcPr>
          <w:p w14:paraId="1F5DDA6A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Audit End Date</w:t>
            </w:r>
          </w:p>
        </w:tc>
        <w:sdt>
          <w:sdtPr>
            <w:id w:val="-699085190"/>
            <w:placeholder>
              <w:docPart w:val="5F0330D2DDB949458DBA510B695DD8F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E90E979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63654CAF" w14:textId="77777777" w:rsidTr="000B319E">
        <w:tc>
          <w:tcPr>
            <w:tcW w:w="2830" w:type="dxa"/>
            <w:vAlign w:val="center"/>
          </w:tcPr>
          <w:p w14:paraId="371D82EF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0234EE09" w14:textId="77777777" w:rsidR="00EF6B8C" w:rsidRPr="00260F73" w:rsidRDefault="00EF6B8C" w:rsidP="000B319E"/>
        </w:tc>
        <w:sdt>
          <w:sdtPr>
            <w:id w:val="-1793580369"/>
            <w:placeholder>
              <w:docPart w:val="3A8AB93930E84DA38E7F5A9EF965D48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39C6F44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2EBF7E68" w14:textId="77777777" w:rsidTr="000B319E">
        <w:tc>
          <w:tcPr>
            <w:tcW w:w="2830" w:type="dxa"/>
            <w:vAlign w:val="center"/>
          </w:tcPr>
          <w:p w14:paraId="403BC345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FBF04E8" w14:textId="77777777" w:rsidR="00EF6B8C" w:rsidRPr="00260F73" w:rsidRDefault="00EF6B8C" w:rsidP="000B319E"/>
        </w:tc>
        <w:sdt>
          <w:sdtPr>
            <w:id w:val="-680502809"/>
            <w:placeholder>
              <w:docPart w:val="CBBCC517BBD746F8BAE5939D7E1D7EC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E2C2620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61009C6B" w14:textId="77777777" w:rsidTr="000B319E">
        <w:tc>
          <w:tcPr>
            <w:tcW w:w="2830" w:type="dxa"/>
            <w:vAlign w:val="center"/>
          </w:tcPr>
          <w:p w14:paraId="03611B1A" w14:textId="77777777" w:rsidR="00EF6B8C" w:rsidRPr="00260F73" w:rsidRDefault="00EF6B8C" w:rsidP="000B319E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1434481700"/>
            <w:placeholder>
              <w:docPart w:val="9FD49FAFB24642C39E744A1754CC430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F595437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1564D867" w14:textId="77777777" w:rsidTr="000B319E">
        <w:tc>
          <w:tcPr>
            <w:tcW w:w="2830" w:type="dxa"/>
            <w:vAlign w:val="center"/>
          </w:tcPr>
          <w:p w14:paraId="6F7D97EC" w14:textId="77777777" w:rsidR="00EF6B8C" w:rsidRPr="00260F73" w:rsidRDefault="00EF6B8C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-300381174"/>
            <w:placeholder>
              <w:docPart w:val="0C47E6B6D65B4C3D8CDD7812E0B9185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03A3DE2" w14:textId="77777777" w:rsidR="00EF6B8C" w:rsidRPr="00260F73" w:rsidRDefault="00EF6B8C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F6B8C" w:rsidRPr="00260F73" w14:paraId="4B893131" w14:textId="77777777" w:rsidTr="000B319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8CE9DF7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98EEF91" w14:textId="77777777" w:rsidR="00EF6B8C" w:rsidRPr="00260F73" w:rsidRDefault="00EF6B8C" w:rsidP="000B319E">
            <w:r w:rsidRPr="00260F73">
              <w:t xml:space="preserve">Yes </w:t>
            </w:r>
            <w:sdt>
              <w:sdtPr>
                <w:id w:val="-100196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83610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15897641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BB466B" w14:textId="77777777" w:rsidR="00EF6B8C" w:rsidRPr="00260F73" w:rsidRDefault="00EF6B8C" w:rsidP="000B319E"/>
        </w:tc>
      </w:tr>
      <w:tr w:rsidR="00EF6B8C" w:rsidRPr="00260F73" w14:paraId="34D284FF" w14:textId="77777777" w:rsidTr="000B319E">
        <w:tc>
          <w:tcPr>
            <w:tcW w:w="9350" w:type="dxa"/>
            <w:gridSpan w:val="2"/>
          </w:tcPr>
          <w:p w14:paraId="558A46FF" w14:textId="77777777" w:rsidR="00EF6B8C" w:rsidRPr="00260F73" w:rsidRDefault="00EF6B8C" w:rsidP="000B319E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177155532"/>
                <w:placeholder>
                  <w:docPart w:val="851B8AE382B64170B7DC72DCF5C586F4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F6B8C" w:rsidRPr="00260F73" w14:paraId="6696459F" w14:textId="77777777" w:rsidTr="000B319E">
        <w:tc>
          <w:tcPr>
            <w:tcW w:w="2830" w:type="dxa"/>
            <w:vAlign w:val="center"/>
          </w:tcPr>
          <w:p w14:paraId="0B44F4BF" w14:textId="77777777" w:rsidR="00EF6B8C" w:rsidRPr="00260F73" w:rsidRDefault="00EF6B8C" w:rsidP="000B319E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407452418"/>
            <w:placeholder>
              <w:docPart w:val="AA35BB0C1D66458AA61FADB19C62C2C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F6DE926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0ADA397E" w14:textId="77777777" w:rsidTr="000B319E">
        <w:tc>
          <w:tcPr>
            <w:tcW w:w="2830" w:type="dxa"/>
            <w:vAlign w:val="center"/>
          </w:tcPr>
          <w:p w14:paraId="2DF9D77A" w14:textId="77777777" w:rsidR="00EF6B8C" w:rsidRPr="00260F73" w:rsidRDefault="00EF6B8C" w:rsidP="000B319E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64CC40AE" w14:textId="77777777" w:rsidR="00EF6B8C" w:rsidRPr="00260F73" w:rsidRDefault="00EF6B8C" w:rsidP="000B319E">
            <w:r w:rsidRPr="00260F73">
              <w:t xml:space="preserve">Yes </w:t>
            </w:r>
            <w:sdt>
              <w:sdtPr>
                <w:id w:val="107385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7253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152794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60D54696" w14:textId="77777777" w:rsidTr="000B319E">
        <w:tc>
          <w:tcPr>
            <w:tcW w:w="2830" w:type="dxa"/>
            <w:vAlign w:val="center"/>
          </w:tcPr>
          <w:p w14:paraId="70DC47EC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35122719"/>
            <w:placeholder>
              <w:docPart w:val="70F9191AF2A04D23B0D78EAF40CE236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DC02EEE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163DE870" w14:textId="77777777" w:rsidTr="000B319E">
        <w:tc>
          <w:tcPr>
            <w:tcW w:w="2830" w:type="dxa"/>
            <w:vAlign w:val="center"/>
          </w:tcPr>
          <w:p w14:paraId="7101D86F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1080103705"/>
            <w:placeholder>
              <w:docPart w:val="4E5A88F010FF49E39AB9E9680AA3D0D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ED90266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33E3A7AF" w14:textId="77777777" w:rsidTr="000B319E">
        <w:tc>
          <w:tcPr>
            <w:tcW w:w="2830" w:type="dxa"/>
            <w:vAlign w:val="center"/>
          </w:tcPr>
          <w:p w14:paraId="600ABB05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16B5A0B6" w14:textId="77777777" w:rsidR="00EF6B8C" w:rsidRPr="00260F73" w:rsidRDefault="00EF6B8C" w:rsidP="000B319E"/>
        </w:tc>
        <w:sdt>
          <w:sdtPr>
            <w:id w:val="56744767"/>
            <w:placeholder>
              <w:docPart w:val="8F3FBEF17ECB42F69BED1B43F9AF9B22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0E31D30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16E2D23C" w14:textId="77777777" w:rsidTr="000B319E">
        <w:tc>
          <w:tcPr>
            <w:tcW w:w="2830" w:type="dxa"/>
            <w:vAlign w:val="center"/>
          </w:tcPr>
          <w:p w14:paraId="3FA4B7F8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D32854E" w14:textId="77777777" w:rsidR="00EF6B8C" w:rsidRPr="00260F73" w:rsidRDefault="00EF6B8C" w:rsidP="000B319E"/>
        </w:tc>
        <w:sdt>
          <w:sdtPr>
            <w:id w:val="1786081568"/>
            <w:placeholder>
              <w:docPart w:val="92A9C2F895E8497B9826F85F10437A87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630BD82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49B93350" w14:textId="77777777" w:rsidTr="000B319E">
        <w:tc>
          <w:tcPr>
            <w:tcW w:w="2830" w:type="dxa"/>
            <w:vAlign w:val="center"/>
          </w:tcPr>
          <w:p w14:paraId="16A80F82" w14:textId="77777777" w:rsidR="00EF6B8C" w:rsidRPr="00260F73" w:rsidRDefault="00EF6B8C" w:rsidP="000B319E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89367047"/>
            <w:placeholder>
              <w:docPart w:val="2C25405F6EAF4F5BBE711AAAB6031C0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8679B2F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1ED58D8D" w14:textId="77777777" w:rsidTr="000B319E">
        <w:tc>
          <w:tcPr>
            <w:tcW w:w="2830" w:type="dxa"/>
            <w:vAlign w:val="center"/>
          </w:tcPr>
          <w:p w14:paraId="60F26AB6" w14:textId="77777777" w:rsidR="00EF6B8C" w:rsidRPr="00260F73" w:rsidRDefault="00EF6B8C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-572816720"/>
            <w:placeholder>
              <w:docPart w:val="38AA8DEFB69942BB8E05E321FC7362D2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EF4C279" w14:textId="77777777" w:rsidR="00EF6B8C" w:rsidRPr="00260F73" w:rsidRDefault="00EF6B8C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F6B8C" w:rsidRPr="00260F73" w14:paraId="710338DC" w14:textId="77777777" w:rsidTr="000B319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1A41BCA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FCAC564" w14:textId="77777777" w:rsidR="00EF6B8C" w:rsidRPr="00260F73" w:rsidRDefault="00EF6B8C" w:rsidP="000B319E">
            <w:r w:rsidRPr="00260F73">
              <w:t xml:space="preserve">Yes </w:t>
            </w:r>
            <w:sdt>
              <w:sdtPr>
                <w:id w:val="-42704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136710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4487004C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B7367" w14:textId="77777777" w:rsidR="00EF6B8C" w:rsidRPr="00260F73" w:rsidRDefault="00EF6B8C" w:rsidP="000B319E"/>
        </w:tc>
      </w:tr>
      <w:tr w:rsidR="00EF6B8C" w:rsidRPr="00260F73" w14:paraId="0588EFFD" w14:textId="77777777" w:rsidTr="000B319E">
        <w:tc>
          <w:tcPr>
            <w:tcW w:w="9350" w:type="dxa"/>
            <w:gridSpan w:val="2"/>
          </w:tcPr>
          <w:p w14:paraId="0A234133" w14:textId="77777777" w:rsidR="00EF6B8C" w:rsidRPr="00260F73" w:rsidRDefault="00EF6B8C" w:rsidP="000B319E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11321194"/>
                <w:placeholder>
                  <w:docPart w:val="316FB5AB67BA4984AF94F4530601D2DA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F6B8C" w:rsidRPr="00260F73" w14:paraId="101CCF30" w14:textId="77777777" w:rsidTr="000B319E">
        <w:tc>
          <w:tcPr>
            <w:tcW w:w="2830" w:type="dxa"/>
            <w:vAlign w:val="center"/>
          </w:tcPr>
          <w:p w14:paraId="716B61B2" w14:textId="77777777" w:rsidR="00EF6B8C" w:rsidRPr="00260F73" w:rsidRDefault="00EF6B8C" w:rsidP="000B319E">
            <w:r w:rsidRPr="00260F73">
              <w:rPr>
                <w:b/>
                <w:bCs/>
              </w:rPr>
              <w:t>Role:</w:t>
            </w:r>
          </w:p>
        </w:tc>
        <w:sdt>
          <w:sdtPr>
            <w:id w:val="497626101"/>
            <w:placeholder>
              <w:docPart w:val="C0A664FFB8C64F7089D2594CFE359417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F8FF0FC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62F31B66" w14:textId="77777777" w:rsidTr="000B319E">
        <w:tc>
          <w:tcPr>
            <w:tcW w:w="2830" w:type="dxa"/>
            <w:vAlign w:val="center"/>
          </w:tcPr>
          <w:p w14:paraId="3C451D89" w14:textId="77777777" w:rsidR="00EF6B8C" w:rsidRPr="00260F73" w:rsidRDefault="00EF6B8C" w:rsidP="000B319E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28AD3FB" w14:textId="77777777" w:rsidR="00EF6B8C" w:rsidRPr="00260F73" w:rsidRDefault="00EF6B8C" w:rsidP="000B319E">
            <w:r w:rsidRPr="00260F73">
              <w:t xml:space="preserve">Yes </w:t>
            </w:r>
            <w:sdt>
              <w:sdtPr>
                <w:id w:val="-175943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00669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4945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47E48A9F" w14:textId="77777777" w:rsidTr="000B319E">
        <w:tc>
          <w:tcPr>
            <w:tcW w:w="2830" w:type="dxa"/>
            <w:vAlign w:val="center"/>
          </w:tcPr>
          <w:p w14:paraId="236F0261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420563646"/>
            <w:placeholder>
              <w:docPart w:val="521FB29A878D47869276DC50776787C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4BB1369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5983FB51" w14:textId="77777777" w:rsidTr="000B319E">
        <w:tc>
          <w:tcPr>
            <w:tcW w:w="2830" w:type="dxa"/>
            <w:vAlign w:val="center"/>
          </w:tcPr>
          <w:p w14:paraId="25A6C9C2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119427221"/>
            <w:placeholder>
              <w:docPart w:val="AD0A7E16166D41A6867196737EE74B5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A96E2B5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7479E23C" w14:textId="77777777" w:rsidTr="000B319E">
        <w:tc>
          <w:tcPr>
            <w:tcW w:w="2830" w:type="dxa"/>
            <w:vAlign w:val="center"/>
          </w:tcPr>
          <w:p w14:paraId="374D29CB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64922A5" w14:textId="77777777" w:rsidR="00EF6B8C" w:rsidRPr="00260F73" w:rsidRDefault="00EF6B8C" w:rsidP="000B319E"/>
        </w:tc>
        <w:sdt>
          <w:sdtPr>
            <w:id w:val="-1315866057"/>
            <w:placeholder>
              <w:docPart w:val="3713DA255ACD4B0EB48347A73AC2E54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EC2DBDF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69756B4E" w14:textId="77777777" w:rsidTr="000B319E">
        <w:tc>
          <w:tcPr>
            <w:tcW w:w="2830" w:type="dxa"/>
            <w:vAlign w:val="center"/>
          </w:tcPr>
          <w:p w14:paraId="02E90B0A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1594032" w14:textId="77777777" w:rsidR="00EF6B8C" w:rsidRPr="00260F73" w:rsidRDefault="00EF6B8C" w:rsidP="000B319E"/>
        </w:tc>
        <w:sdt>
          <w:sdtPr>
            <w:id w:val="-385792333"/>
            <w:placeholder>
              <w:docPart w:val="AA04858C4DF24FA1BD032DF04B8C875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8009589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28613997" w14:textId="77777777" w:rsidTr="000B319E">
        <w:tc>
          <w:tcPr>
            <w:tcW w:w="2830" w:type="dxa"/>
            <w:vAlign w:val="center"/>
          </w:tcPr>
          <w:p w14:paraId="58A27490" w14:textId="77777777" w:rsidR="00EF6B8C" w:rsidRPr="00260F73" w:rsidRDefault="00EF6B8C" w:rsidP="000B319E">
            <w:r w:rsidRPr="00260F73">
              <w:rPr>
                <w:b/>
                <w:bCs/>
              </w:rPr>
              <w:lastRenderedPageBreak/>
              <w:t>Overall Outcome</w:t>
            </w:r>
          </w:p>
        </w:tc>
        <w:sdt>
          <w:sdtPr>
            <w:id w:val="-1837682582"/>
            <w:placeholder>
              <w:docPart w:val="4AD4F0122EAD4CC8B921A9EF334DE10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B5EA15C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05888357" w14:textId="77777777" w:rsidTr="000B319E">
        <w:tc>
          <w:tcPr>
            <w:tcW w:w="2830" w:type="dxa"/>
            <w:vAlign w:val="center"/>
          </w:tcPr>
          <w:p w14:paraId="34EB1060" w14:textId="77777777" w:rsidR="00EF6B8C" w:rsidRPr="00260F73" w:rsidRDefault="00EF6B8C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t>Location of presented audit</w:t>
            </w:r>
          </w:p>
        </w:tc>
        <w:sdt>
          <w:sdtPr>
            <w:id w:val="-1686428238"/>
            <w:placeholder>
              <w:docPart w:val="446E90FE57FA485E910EC48CE82586E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8E00765" w14:textId="77777777" w:rsidR="00EF6B8C" w:rsidRPr="00260F73" w:rsidRDefault="00EF6B8C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F6B8C" w:rsidRPr="00260F73" w14:paraId="782095E6" w14:textId="77777777" w:rsidTr="000B319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1234552" w14:textId="77777777" w:rsidR="00EF6B8C" w:rsidRPr="00260F73" w:rsidRDefault="00EF6B8C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12734C8" w14:textId="77777777" w:rsidR="00EF6B8C" w:rsidRPr="00260F73" w:rsidRDefault="00EF6B8C" w:rsidP="000B319E">
            <w:r w:rsidRPr="00260F73">
              <w:t xml:space="preserve">Yes </w:t>
            </w:r>
            <w:sdt>
              <w:sdtPr>
                <w:id w:val="153206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06613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A5F58" w:rsidRPr="00260F73" w14:paraId="21B9677E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A436C" w14:textId="684ABC3E" w:rsidR="000A5F58" w:rsidRPr="00260F73" w:rsidRDefault="000A5F58" w:rsidP="002D7D98"/>
        </w:tc>
      </w:tr>
    </w:tbl>
    <w:p w14:paraId="7686A990" w14:textId="77777777" w:rsidR="00EF6B8C" w:rsidRDefault="00EF6B8C">
      <w:pPr>
        <w:pStyle w:val="Heading1"/>
      </w:pPr>
    </w:p>
    <w:p w14:paraId="291F9A99" w14:textId="77777777" w:rsidR="00EF6B8C" w:rsidRDefault="00EF6B8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2723F2A0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099547A5" w14:textId="77777777" w:rsidR="002D7CE0" w:rsidRPr="002D7CE0" w:rsidRDefault="002D7CE0" w:rsidP="002D7CE0">
      <w:pPr>
        <w:rPr>
          <w:lang w:val="en-US"/>
        </w:rPr>
      </w:pPr>
      <w:r w:rsidRPr="002D7CE0">
        <w:rPr>
          <w:lang w:val="en-US"/>
        </w:rP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209CB924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7EE58B83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015574" w:rsidRPr="00015574">
              <w:rPr>
                <w:rFonts w:cs="Calibri"/>
                <w:b/>
                <w:bCs/>
                <w:szCs w:val="24"/>
              </w:rPr>
              <w:t xml:space="preserve"> &amp; Authorship 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="00015574"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="00015574"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1275C95C" w14:textId="1B26F01E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</w:p>
          <w:p w14:paraId="687B8572" w14:textId="77777777" w:rsidR="00CD745A" w:rsidRPr="00015574" w:rsidRDefault="00CD745A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736258BB" w14:textId="77777777" w:rsidTr="00CD745A">
        <w:tc>
          <w:tcPr>
            <w:tcW w:w="2723" w:type="dxa"/>
            <w:vAlign w:val="center"/>
          </w:tcPr>
          <w:p w14:paraId="5D59EC7F" w14:textId="2D9FAFAC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18AAD90D" w14:textId="65495612" w:rsidR="00015574" w:rsidRDefault="000965D3" w:rsidP="00C7253B">
            <w:sdt>
              <w:sdtPr>
                <w:id w:val="17638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71ED4CEB" w14:textId="328C4E6E" w:rsidR="00015574" w:rsidRDefault="000965D3" w:rsidP="00C7253B">
            <w:sdt>
              <w:sdtPr>
                <w:id w:val="-36406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5DD299C7" w14:textId="1AC6C828" w:rsidR="00015574" w:rsidRPr="00260F73" w:rsidRDefault="000965D3" w:rsidP="00C7253B">
            <w:sdt>
              <w:sdtPr>
                <w:id w:val="175839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CD745A" w:rsidRPr="00260F73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Pr="00260F73" w:rsidRDefault="00CD745A" w:rsidP="00CD745A">
            <w:r w:rsidRPr="00260F73"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7DF1CA84" w:rsidR="00CD745A" w:rsidRPr="00260F73" w:rsidRDefault="00CD745A" w:rsidP="00CD745A"/>
        </w:tc>
      </w:tr>
      <w:tr w:rsidR="00015574" w:rsidRPr="00260F73" w14:paraId="0BA944D6" w14:textId="77777777" w:rsidTr="00695860">
        <w:tc>
          <w:tcPr>
            <w:tcW w:w="9350" w:type="dxa"/>
            <w:gridSpan w:val="2"/>
          </w:tcPr>
          <w:p w14:paraId="4D3BD6B9" w14:textId="27597157" w:rsidR="00015574" w:rsidRPr="00015574" w:rsidRDefault="00015574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787118058"/>
                <w:placeholder>
                  <w:docPart w:val="4CD7F55E56614662B1BD690D409E392D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015574" w:rsidRPr="00260F73" w14:paraId="1B1A1FF0" w14:textId="77777777" w:rsidTr="00CD745A">
        <w:tc>
          <w:tcPr>
            <w:tcW w:w="2723" w:type="dxa"/>
            <w:vAlign w:val="center"/>
          </w:tcPr>
          <w:p w14:paraId="77C2801C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449746171"/>
            <w:placeholder>
              <w:docPart w:val="83CA545F1404488F9BCDC6DF6ECD5698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BB99F1D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231A638A" w14:textId="77777777" w:rsidTr="00CD745A">
        <w:tc>
          <w:tcPr>
            <w:tcW w:w="2723" w:type="dxa"/>
            <w:vAlign w:val="center"/>
          </w:tcPr>
          <w:p w14:paraId="5447EC2A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-1156906668"/>
            <w:placeholder>
              <w:docPart w:val="64791A6C3B4B409F9841ABAC34947CD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63BE704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2BA65AC2" w14:textId="77777777" w:rsidTr="00CD745A">
        <w:tc>
          <w:tcPr>
            <w:tcW w:w="2723" w:type="dxa"/>
            <w:vAlign w:val="center"/>
          </w:tcPr>
          <w:p w14:paraId="46696BDD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555BE91B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714163112"/>
            <w:placeholder>
              <w:docPart w:val="7BB2F660841949E08B46FD76E76ED41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20A9942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0CFC572E" w14:textId="77777777" w:rsidTr="00CD745A">
        <w:tc>
          <w:tcPr>
            <w:tcW w:w="2723" w:type="dxa"/>
            <w:vAlign w:val="center"/>
          </w:tcPr>
          <w:p w14:paraId="27F49FE4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-818576326"/>
            <w:placeholder>
              <w:docPart w:val="6522D1F9AF534FDC8C02CAF2CDAB4BB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EA6B861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74E7072C" w14:textId="77777777" w:rsidTr="00CD745A">
        <w:tc>
          <w:tcPr>
            <w:tcW w:w="2723" w:type="dxa"/>
            <w:vAlign w:val="center"/>
          </w:tcPr>
          <w:p w14:paraId="47A92F97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40939051" w14:textId="77777777" w:rsidR="00015574" w:rsidRDefault="000965D3" w:rsidP="00C7253B">
            <w:sdt>
              <w:sdtPr>
                <w:id w:val="16868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781452CE" w14:textId="77777777" w:rsidR="00015574" w:rsidRDefault="000965D3" w:rsidP="00C7253B">
            <w:sdt>
              <w:sdtPr>
                <w:id w:val="-12107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3EB9B1CE" w14:textId="77777777" w:rsidR="00015574" w:rsidRPr="00260F73" w:rsidRDefault="000965D3" w:rsidP="00C7253B">
            <w:sdt>
              <w:sdtPr>
                <w:id w:val="-207525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015574" w:rsidRPr="00260F73" w14:paraId="26B283C7" w14:textId="77777777" w:rsidTr="00CD745A">
        <w:tc>
          <w:tcPr>
            <w:tcW w:w="2723" w:type="dxa"/>
            <w:vAlign w:val="center"/>
          </w:tcPr>
          <w:p w14:paraId="5E0B0CEE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68FC00AB" w14:textId="77777777" w:rsidR="00015574" w:rsidRPr="00260F73" w:rsidRDefault="00015574" w:rsidP="00CD745A">
            <w:r w:rsidRPr="00260F73">
              <w:t xml:space="preserve">Complete  </w:t>
            </w:r>
            <w:sdt>
              <w:sdtPr>
                <w:id w:val="-90099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12905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4C0D7F8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9763319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6931CB3" w14:textId="77777777" w:rsidR="00015574" w:rsidRPr="00260F73" w:rsidRDefault="00015574" w:rsidP="00CD745A">
            <w:r w:rsidRPr="00260F73">
              <w:t xml:space="preserve">Yes </w:t>
            </w:r>
            <w:sdt>
              <w:sdtPr>
                <w:id w:val="107955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66521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56C5258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2A0FE0" w14:textId="77777777" w:rsidR="00015574" w:rsidRPr="00260F73" w:rsidRDefault="0001557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FC27E" w14:textId="2543712C" w:rsidR="00015574" w:rsidRPr="00260F73" w:rsidRDefault="00015574" w:rsidP="00CD745A"/>
        </w:tc>
      </w:tr>
      <w:tr w:rsidR="00015574" w:rsidRPr="00260F73" w14:paraId="27B78C06" w14:textId="77777777" w:rsidTr="00695860">
        <w:tc>
          <w:tcPr>
            <w:tcW w:w="9350" w:type="dxa"/>
            <w:gridSpan w:val="2"/>
          </w:tcPr>
          <w:p w14:paraId="3CE491BB" w14:textId="7B1FA6A0" w:rsidR="00015574" w:rsidRPr="00015574" w:rsidRDefault="00015574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09939562"/>
                <w:placeholder>
                  <w:docPart w:val="F382E02C342B49EE9B5620169D18E681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015574" w:rsidRPr="00260F73" w14:paraId="30F48971" w14:textId="77777777" w:rsidTr="00CD745A">
        <w:tc>
          <w:tcPr>
            <w:tcW w:w="2723" w:type="dxa"/>
            <w:vAlign w:val="center"/>
          </w:tcPr>
          <w:p w14:paraId="47839AE5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-756441812"/>
            <w:placeholder>
              <w:docPart w:val="B3C318EBCB23488ABD237F04F18A79F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EDA1F6E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4B2F2609" w14:textId="77777777" w:rsidTr="00CD745A">
        <w:tc>
          <w:tcPr>
            <w:tcW w:w="2723" w:type="dxa"/>
            <w:vAlign w:val="center"/>
          </w:tcPr>
          <w:p w14:paraId="30497CA8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Publication/Conference Name</w:t>
            </w:r>
          </w:p>
        </w:tc>
        <w:sdt>
          <w:sdtPr>
            <w:id w:val="346213819"/>
            <w:placeholder>
              <w:docPart w:val="27DB70BD4451466F97471D39AB200A3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E401340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791D5FDB" w14:textId="77777777" w:rsidTr="00CD745A">
        <w:tc>
          <w:tcPr>
            <w:tcW w:w="2723" w:type="dxa"/>
            <w:vAlign w:val="center"/>
          </w:tcPr>
          <w:p w14:paraId="6AD3126A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3E7662F8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</w:p>
        </w:tc>
        <w:sdt>
          <w:sdtPr>
            <w:id w:val="-698703721"/>
            <w:placeholder>
              <w:docPart w:val="42B0EFB6E5C44B36A3A949DA73FDCE36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EBFA4AD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053DFEFA" w14:textId="77777777" w:rsidTr="00CD745A">
        <w:tc>
          <w:tcPr>
            <w:tcW w:w="2723" w:type="dxa"/>
            <w:vAlign w:val="center"/>
          </w:tcPr>
          <w:p w14:paraId="76F33AAF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853082337"/>
            <w:placeholder>
              <w:docPart w:val="889B4CFDD701402581D2184F7041087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C1F3B97" w14:textId="77777777" w:rsidR="00015574" w:rsidRPr="00260F73" w:rsidRDefault="00015574" w:rsidP="00E73B0F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5574" w:rsidRPr="00260F73" w14:paraId="105B1798" w14:textId="77777777" w:rsidTr="00CD745A">
        <w:tc>
          <w:tcPr>
            <w:tcW w:w="2723" w:type="dxa"/>
            <w:vAlign w:val="center"/>
          </w:tcPr>
          <w:p w14:paraId="366B7EAF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54E7CC73" w14:textId="77777777" w:rsidR="00015574" w:rsidRDefault="000965D3" w:rsidP="00C7253B">
            <w:sdt>
              <w:sdtPr>
                <w:id w:val="-29938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Poster </w:t>
            </w:r>
          </w:p>
          <w:p w14:paraId="5B9B3F8D" w14:textId="77777777" w:rsidR="00015574" w:rsidRDefault="000965D3" w:rsidP="00C7253B">
            <w:sdt>
              <w:sdtPr>
                <w:id w:val="56585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Abstract</w:t>
            </w:r>
          </w:p>
          <w:p w14:paraId="6DE1F403" w14:textId="77777777" w:rsidR="00015574" w:rsidRPr="00260F73" w:rsidRDefault="000965D3" w:rsidP="00C7253B">
            <w:sdt>
              <w:sdtPr>
                <w:id w:val="-2078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5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574">
              <w:t xml:space="preserve"> Full paper</w:t>
            </w:r>
          </w:p>
        </w:tc>
      </w:tr>
      <w:tr w:rsidR="00015574" w:rsidRPr="00260F73" w14:paraId="046FF2C5" w14:textId="77777777" w:rsidTr="00CD745A">
        <w:tc>
          <w:tcPr>
            <w:tcW w:w="2723" w:type="dxa"/>
            <w:vAlign w:val="center"/>
          </w:tcPr>
          <w:p w14:paraId="11A4E97B" w14:textId="77777777" w:rsidR="00015574" w:rsidRPr="00015574" w:rsidRDefault="00015574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E9DBD31" w14:textId="77777777" w:rsidR="00015574" w:rsidRPr="00260F73" w:rsidRDefault="00015574" w:rsidP="00CD745A">
            <w:r w:rsidRPr="00260F73">
              <w:t xml:space="preserve">Complete  </w:t>
            </w:r>
            <w:sdt>
              <w:sdtPr>
                <w:id w:val="-207133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55876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89BEBFC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5C12DAE" w14:textId="77777777" w:rsidR="00015574" w:rsidRPr="00015574" w:rsidRDefault="00015574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F025C4D" w14:textId="77777777" w:rsidR="00015574" w:rsidRPr="00260F73" w:rsidRDefault="00015574" w:rsidP="00CD745A">
            <w:r w:rsidRPr="00260F73">
              <w:t xml:space="preserve">Yes </w:t>
            </w:r>
            <w:sdt>
              <w:sdtPr>
                <w:id w:val="86440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22403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025EC202" w14:textId="77777777" w:rsidTr="000B319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E00DDE" w14:textId="77777777" w:rsidR="00EF6B8C" w:rsidRPr="00260F73" w:rsidRDefault="00EF6B8C" w:rsidP="000B319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80DB02" w14:textId="77777777" w:rsidR="00EF6B8C" w:rsidRPr="00260F73" w:rsidRDefault="00EF6B8C" w:rsidP="000B319E"/>
        </w:tc>
      </w:tr>
      <w:tr w:rsidR="00EF6B8C" w:rsidRPr="00260F73" w14:paraId="6C17B271" w14:textId="77777777" w:rsidTr="000B319E">
        <w:tc>
          <w:tcPr>
            <w:tcW w:w="9350" w:type="dxa"/>
            <w:gridSpan w:val="2"/>
          </w:tcPr>
          <w:p w14:paraId="084577F5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683010387"/>
                <w:placeholder>
                  <w:docPart w:val="B3598005120C48C68036F456A0306813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EF6B8C" w:rsidRPr="00260F73" w14:paraId="7F8B9D11" w14:textId="77777777" w:rsidTr="000B319E">
        <w:tc>
          <w:tcPr>
            <w:tcW w:w="2723" w:type="dxa"/>
            <w:vAlign w:val="center"/>
          </w:tcPr>
          <w:p w14:paraId="642591F9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-2068176546"/>
            <w:placeholder>
              <w:docPart w:val="D332492A431741B2B53F66EA2FDFFE1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05DF4F9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2EE0ADBD" w14:textId="77777777" w:rsidTr="000B319E">
        <w:tc>
          <w:tcPr>
            <w:tcW w:w="2723" w:type="dxa"/>
            <w:vAlign w:val="center"/>
          </w:tcPr>
          <w:p w14:paraId="2A158040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1448119794"/>
            <w:placeholder>
              <w:docPart w:val="C93485EE10714DC2A1E45BDD69AE7A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5E5E075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6C42C5CF" w14:textId="77777777" w:rsidTr="000B319E">
        <w:tc>
          <w:tcPr>
            <w:tcW w:w="2723" w:type="dxa"/>
            <w:vAlign w:val="center"/>
          </w:tcPr>
          <w:p w14:paraId="7C75FF34" w14:textId="77777777" w:rsidR="00EF6B8C" w:rsidRPr="00015574" w:rsidRDefault="00EF6B8C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55CC5C09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</w:p>
        </w:tc>
        <w:sdt>
          <w:sdtPr>
            <w:id w:val="-356892335"/>
            <w:placeholder>
              <w:docPart w:val="50951EFAE3564433962C3528D2D9339D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BF39FB6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3DC71361" w14:textId="77777777" w:rsidTr="000B319E">
        <w:tc>
          <w:tcPr>
            <w:tcW w:w="2723" w:type="dxa"/>
            <w:vAlign w:val="center"/>
          </w:tcPr>
          <w:p w14:paraId="58AB74FB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</w:p>
        </w:tc>
        <w:sdt>
          <w:sdtPr>
            <w:id w:val="456915168"/>
            <w:placeholder>
              <w:docPart w:val="42FB8AE0B06A43A0BFACA5D6AD1DE9C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44B3B8D8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7BB2C94D" w14:textId="77777777" w:rsidTr="000B319E">
        <w:tc>
          <w:tcPr>
            <w:tcW w:w="2723" w:type="dxa"/>
            <w:vAlign w:val="center"/>
          </w:tcPr>
          <w:p w14:paraId="193F5312" w14:textId="77777777" w:rsidR="00EF6B8C" w:rsidRPr="00015574" w:rsidRDefault="00EF6B8C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2D62A36B" w14:textId="77777777" w:rsidR="00EF6B8C" w:rsidRDefault="000965D3" w:rsidP="000B319E">
            <w:sdt>
              <w:sdtPr>
                <w:id w:val="41883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6B8C">
              <w:t xml:space="preserve"> Poster </w:t>
            </w:r>
          </w:p>
          <w:p w14:paraId="3C241D75" w14:textId="77777777" w:rsidR="00EF6B8C" w:rsidRDefault="000965D3" w:rsidP="000B319E">
            <w:sdt>
              <w:sdtPr>
                <w:id w:val="-1872060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6B8C">
              <w:t xml:space="preserve"> Abstract</w:t>
            </w:r>
          </w:p>
          <w:p w14:paraId="508AE652" w14:textId="77777777" w:rsidR="00EF6B8C" w:rsidRPr="00260F73" w:rsidRDefault="000965D3" w:rsidP="000B319E">
            <w:sdt>
              <w:sdtPr>
                <w:id w:val="-809246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6B8C">
              <w:t xml:space="preserve"> Full paper</w:t>
            </w:r>
          </w:p>
        </w:tc>
      </w:tr>
      <w:tr w:rsidR="00EF6B8C" w:rsidRPr="00260F73" w14:paraId="615C3B8F" w14:textId="77777777" w:rsidTr="000B319E">
        <w:tc>
          <w:tcPr>
            <w:tcW w:w="2723" w:type="dxa"/>
            <w:vAlign w:val="center"/>
          </w:tcPr>
          <w:p w14:paraId="14E1964C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2D4F96E3" w14:textId="77777777" w:rsidR="00EF6B8C" w:rsidRPr="00260F73" w:rsidRDefault="00EF6B8C" w:rsidP="000B319E">
            <w:r w:rsidRPr="00260F73">
              <w:t xml:space="preserve">Complete  </w:t>
            </w:r>
            <w:sdt>
              <w:sdtPr>
                <w:id w:val="-8277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281026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001D1085" w14:textId="77777777" w:rsidTr="000B319E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A65C686" w14:textId="77777777" w:rsidR="00EF6B8C" w:rsidRPr="00015574" w:rsidRDefault="00EF6B8C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1D7DD9E6" w14:textId="77777777" w:rsidR="00EF6B8C" w:rsidRPr="00260F73" w:rsidRDefault="00EF6B8C" w:rsidP="000B319E">
            <w:r w:rsidRPr="00260F73">
              <w:t xml:space="preserve">Yes </w:t>
            </w:r>
            <w:sdt>
              <w:sdtPr>
                <w:id w:val="-66035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069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20AE824F" w14:textId="77777777" w:rsidTr="000B319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1C3D3D" w14:textId="77777777" w:rsidR="00EF6B8C" w:rsidRPr="00260F73" w:rsidRDefault="00EF6B8C" w:rsidP="000B319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61133" w14:textId="77777777" w:rsidR="00EF6B8C" w:rsidRPr="00260F73" w:rsidRDefault="00EF6B8C" w:rsidP="000B319E"/>
        </w:tc>
      </w:tr>
      <w:tr w:rsidR="00EF6B8C" w:rsidRPr="00260F73" w14:paraId="15E4EA9A" w14:textId="77777777" w:rsidTr="000B319E">
        <w:tc>
          <w:tcPr>
            <w:tcW w:w="9350" w:type="dxa"/>
            <w:gridSpan w:val="2"/>
          </w:tcPr>
          <w:p w14:paraId="61C9CDB1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614719978"/>
                <w:placeholder>
                  <w:docPart w:val="F0A015B3D3E34738A7A23931F16BF234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EF6B8C" w:rsidRPr="00260F73" w14:paraId="366A988C" w14:textId="77777777" w:rsidTr="000B319E">
        <w:tc>
          <w:tcPr>
            <w:tcW w:w="2723" w:type="dxa"/>
            <w:vAlign w:val="center"/>
          </w:tcPr>
          <w:p w14:paraId="0A08CD9F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Role &amp; Authorship 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(1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st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2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nd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, 3</w:t>
            </w:r>
            <w:r w:rsidRPr="00015574">
              <w:rPr>
                <w:rFonts w:eastAsia="Cambria" w:cs="Calibri"/>
                <w:b/>
                <w:bCs/>
                <w:szCs w:val="24"/>
                <w:vertAlign w:val="superscript"/>
                <w:lang w:val="en-US"/>
              </w:rPr>
              <w:t>rd</w:t>
            </w: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 xml:space="preserve"> author, etc.)</w:t>
            </w:r>
          </w:p>
        </w:tc>
        <w:sdt>
          <w:sdtPr>
            <w:id w:val="758876398"/>
            <w:placeholder>
              <w:docPart w:val="D4A6A4EF1D674ADD85BAACE74BEC52A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EC4FEAB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453060C0" w14:textId="77777777" w:rsidTr="000B319E">
        <w:tc>
          <w:tcPr>
            <w:tcW w:w="2723" w:type="dxa"/>
            <w:vAlign w:val="center"/>
          </w:tcPr>
          <w:p w14:paraId="326B1611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</w:p>
        </w:tc>
        <w:sdt>
          <w:sdtPr>
            <w:id w:val="1780840040"/>
            <w:placeholder>
              <w:docPart w:val="1EC51188AA1C4808BA420B07ABB9BCF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13A5088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68B98908" w14:textId="77777777" w:rsidTr="000B319E">
        <w:tc>
          <w:tcPr>
            <w:tcW w:w="2723" w:type="dxa"/>
            <w:vAlign w:val="center"/>
          </w:tcPr>
          <w:p w14:paraId="6BFC7C71" w14:textId="77777777" w:rsidR="00EF6B8C" w:rsidRPr="00015574" w:rsidRDefault="00EF6B8C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</w:p>
          <w:p w14:paraId="503EDAF5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</w:p>
        </w:tc>
        <w:sdt>
          <w:sdtPr>
            <w:id w:val="-926416156"/>
            <w:placeholder>
              <w:docPart w:val="3E627B947AD6448AB5E5FF12EB3BD98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662D607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4B31A781" w14:textId="77777777" w:rsidTr="000B319E">
        <w:tc>
          <w:tcPr>
            <w:tcW w:w="2723" w:type="dxa"/>
            <w:vAlign w:val="center"/>
          </w:tcPr>
          <w:p w14:paraId="30CAE47B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Publication/Presentation Date</w:t>
            </w:r>
          </w:p>
        </w:tc>
        <w:sdt>
          <w:sdtPr>
            <w:id w:val="688177137"/>
            <w:placeholder>
              <w:docPart w:val="BFA2FEE8EFB24F7F99ADA9F6E92EBB5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72ABFDB9" w14:textId="77777777" w:rsidR="00EF6B8C" w:rsidRPr="00260F73" w:rsidRDefault="00EF6B8C" w:rsidP="000B319E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F6B8C" w:rsidRPr="00260F73" w14:paraId="3BBD0938" w14:textId="77777777" w:rsidTr="000B319E">
        <w:tc>
          <w:tcPr>
            <w:tcW w:w="2723" w:type="dxa"/>
            <w:vAlign w:val="center"/>
          </w:tcPr>
          <w:p w14:paraId="4AF3DF19" w14:textId="77777777" w:rsidR="00EF6B8C" w:rsidRPr="00015574" w:rsidRDefault="00EF6B8C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eastAsia="Cambria" w:cs="Calibri"/>
                <w:b/>
                <w:bCs/>
                <w:szCs w:val="24"/>
                <w:lang w:val="en-US"/>
              </w:rPr>
              <w:t>Publication Type (Poster Abstract or Full Paper)</w:t>
            </w:r>
          </w:p>
        </w:tc>
        <w:tc>
          <w:tcPr>
            <w:tcW w:w="6627" w:type="dxa"/>
          </w:tcPr>
          <w:p w14:paraId="08C296C1" w14:textId="77777777" w:rsidR="00EF6B8C" w:rsidRDefault="000965D3" w:rsidP="000B319E">
            <w:sdt>
              <w:sdtPr>
                <w:id w:val="-57142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6B8C">
              <w:t xml:space="preserve"> Poster </w:t>
            </w:r>
          </w:p>
          <w:p w14:paraId="2C1E2755" w14:textId="77777777" w:rsidR="00EF6B8C" w:rsidRDefault="000965D3" w:rsidP="000B319E">
            <w:sdt>
              <w:sdtPr>
                <w:id w:val="173350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6B8C">
              <w:t xml:space="preserve"> Abstract</w:t>
            </w:r>
          </w:p>
          <w:p w14:paraId="1BD7AAB8" w14:textId="77777777" w:rsidR="00EF6B8C" w:rsidRPr="00260F73" w:rsidRDefault="000965D3" w:rsidP="000B319E">
            <w:sdt>
              <w:sdtPr>
                <w:id w:val="26281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6B8C">
              <w:t xml:space="preserve"> Full paper</w:t>
            </w:r>
          </w:p>
        </w:tc>
      </w:tr>
      <w:tr w:rsidR="00EF6B8C" w:rsidRPr="00260F73" w14:paraId="0A8837A3" w14:textId="77777777" w:rsidTr="000B319E">
        <w:tc>
          <w:tcPr>
            <w:tcW w:w="2723" w:type="dxa"/>
            <w:vAlign w:val="center"/>
          </w:tcPr>
          <w:p w14:paraId="5E1781E8" w14:textId="77777777" w:rsidR="00EF6B8C" w:rsidRPr="00015574" w:rsidRDefault="00EF6B8C" w:rsidP="000B319E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6DF95F2" w14:textId="77777777" w:rsidR="00EF6B8C" w:rsidRPr="00260F73" w:rsidRDefault="00EF6B8C" w:rsidP="000B319E">
            <w:r w:rsidRPr="00260F73">
              <w:t xml:space="preserve">Complete  </w:t>
            </w:r>
            <w:sdt>
              <w:sdtPr>
                <w:id w:val="128214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64528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079E7A1C" w14:textId="77777777" w:rsidTr="000B319E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6CB3013" w14:textId="77777777" w:rsidR="00EF6B8C" w:rsidRPr="00015574" w:rsidRDefault="00EF6B8C" w:rsidP="000B319E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5C0003CB" w14:textId="77777777" w:rsidR="00EF6B8C" w:rsidRPr="00260F73" w:rsidRDefault="00EF6B8C" w:rsidP="000B319E">
            <w:r w:rsidRPr="00260F73">
              <w:t xml:space="preserve">Yes </w:t>
            </w:r>
            <w:sdt>
              <w:sdtPr>
                <w:id w:val="-120293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70644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15574" w:rsidRPr="00260F73" w14:paraId="4A5F00CB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B8FFAF" w14:textId="77777777" w:rsidR="00015574" w:rsidRPr="00260F73" w:rsidRDefault="0001557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5ADF2" w14:textId="500D12F2" w:rsidR="00015574" w:rsidRPr="00260F73" w:rsidRDefault="00015574" w:rsidP="00CD745A"/>
        </w:tc>
      </w:tr>
    </w:tbl>
    <w:p w14:paraId="4B75D26A" w14:textId="77777777" w:rsidR="00EF6B8C" w:rsidRDefault="00EF6B8C">
      <w:pPr>
        <w:pStyle w:val="Heading1"/>
      </w:pPr>
    </w:p>
    <w:p w14:paraId="227FB030" w14:textId="77777777" w:rsidR="00EF6B8C" w:rsidRDefault="00EF6B8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021609B9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5C6B702E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4BF3D809" w:rsidR="00E9708F" w:rsidRPr="00260F73" w:rsidRDefault="00E9708F"/>
        </w:tc>
      </w:tr>
      <w:tr w:rsidR="00EF6B8C" w:rsidRPr="00260F73" w14:paraId="00163C6E" w14:textId="77777777" w:rsidTr="00A0792E">
        <w:tc>
          <w:tcPr>
            <w:tcW w:w="2689" w:type="dxa"/>
          </w:tcPr>
          <w:p w14:paraId="7809DBA6" w14:textId="512633E0" w:rsidR="00EF6B8C" w:rsidRPr="00260F73" w:rsidRDefault="00EF6B8C">
            <w:r w:rsidRPr="00260F73">
              <w:rPr>
                <w:b/>
                <w:bCs/>
              </w:rPr>
              <w:t>Role</w:t>
            </w:r>
          </w:p>
        </w:tc>
        <w:sdt>
          <w:sdtPr>
            <w:id w:val="1357928445"/>
            <w:placeholder>
              <w:docPart w:val="A580DC595DFB46B791C3906F31351F8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D3C5F06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11DBEE92" w14:textId="77777777" w:rsidTr="00A0792E">
        <w:tc>
          <w:tcPr>
            <w:tcW w:w="2689" w:type="dxa"/>
          </w:tcPr>
          <w:p w14:paraId="7018F3DE" w14:textId="77777777" w:rsidR="00EF6B8C" w:rsidRPr="00260F73" w:rsidRDefault="00EF6B8C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779253571"/>
            <w:placeholder>
              <w:docPart w:val="76B123021DFC45619731DD39C4C228A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850766D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1E77EB40" w14:textId="77777777" w:rsidTr="00A0792E">
        <w:tc>
          <w:tcPr>
            <w:tcW w:w="2689" w:type="dxa"/>
          </w:tcPr>
          <w:p w14:paraId="3D5C08A4" w14:textId="77777777" w:rsidR="00EF6B8C" w:rsidRPr="00260F73" w:rsidRDefault="00EF6B8C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487516049"/>
            <w:placeholder>
              <w:docPart w:val="E9891D0DD30A477791E9523BAA94ADF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EC45EDD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13EE4B05" w14:textId="77777777" w:rsidTr="00A0792E">
        <w:tc>
          <w:tcPr>
            <w:tcW w:w="2689" w:type="dxa"/>
          </w:tcPr>
          <w:p w14:paraId="7988BB1B" w14:textId="77777777" w:rsidR="00EF6B8C" w:rsidRPr="00260F73" w:rsidRDefault="00EF6B8C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0D7EF83E" w14:textId="77777777" w:rsidR="00EF6B8C" w:rsidRPr="00260F73" w:rsidRDefault="00EF6B8C"/>
        </w:tc>
        <w:sdt>
          <w:sdtPr>
            <w:id w:val="18437176"/>
            <w:placeholder>
              <w:docPart w:val="8C732017C9C64617AE398D12A025ADE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B0618B2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11C48DFC" w14:textId="77777777" w:rsidTr="00A0792E">
        <w:tc>
          <w:tcPr>
            <w:tcW w:w="2689" w:type="dxa"/>
          </w:tcPr>
          <w:p w14:paraId="37C0B6F0" w14:textId="77777777" w:rsidR="00EF6B8C" w:rsidRPr="00260F73" w:rsidRDefault="00EF6B8C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7736F0E6" w14:textId="77777777" w:rsidR="00EF6B8C" w:rsidRPr="00260F73" w:rsidRDefault="00EF6B8C">
            <w:r w:rsidRPr="00260F73">
              <w:t xml:space="preserve">Complete  </w:t>
            </w:r>
            <w:sdt>
              <w:sdtPr>
                <w:id w:val="113860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2226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2EB4B688" w14:textId="77777777" w:rsidTr="00A0792E">
        <w:tc>
          <w:tcPr>
            <w:tcW w:w="2689" w:type="dxa"/>
          </w:tcPr>
          <w:p w14:paraId="3C87BBB6" w14:textId="77777777" w:rsidR="00EF6B8C" w:rsidRPr="00260F73" w:rsidRDefault="00EF6B8C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203551131"/>
            <w:placeholder>
              <w:docPart w:val="71CA424F2C23465CBE696CD845160F0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E3913AD" w14:textId="77777777" w:rsidR="00EF6B8C" w:rsidRPr="00260F73" w:rsidRDefault="00EF6B8C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B8C" w:rsidRPr="00260F73" w14:paraId="54A317F7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5CB3B59" w14:textId="77777777" w:rsidR="00EF6B8C" w:rsidRPr="00260F73" w:rsidRDefault="00EF6B8C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0B0AB29" w14:textId="77777777" w:rsidR="00EF6B8C" w:rsidRPr="00260F73" w:rsidRDefault="00EF6B8C">
            <w:r w:rsidRPr="00260F73">
              <w:t xml:space="preserve">Yes </w:t>
            </w:r>
            <w:sdt>
              <w:sdtPr>
                <w:id w:val="51157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039390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43D0B" w:rsidRPr="00260F73" w14:paraId="117D621C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44FBD2" w14:textId="77777777" w:rsidR="00443D0B" w:rsidRPr="00260F73" w:rsidRDefault="00443D0B" w:rsidP="000B319E"/>
        </w:tc>
      </w:tr>
      <w:tr w:rsidR="00443D0B" w:rsidRPr="00260F73" w14:paraId="5F4BD54C" w14:textId="77777777" w:rsidTr="000B319E">
        <w:tc>
          <w:tcPr>
            <w:tcW w:w="2689" w:type="dxa"/>
          </w:tcPr>
          <w:p w14:paraId="12299634" w14:textId="77777777" w:rsidR="00443D0B" w:rsidRPr="00260F73" w:rsidRDefault="00443D0B" w:rsidP="000B319E">
            <w:r w:rsidRPr="00260F73">
              <w:rPr>
                <w:b/>
                <w:bCs/>
              </w:rPr>
              <w:t>Role</w:t>
            </w:r>
          </w:p>
        </w:tc>
        <w:sdt>
          <w:sdtPr>
            <w:id w:val="317859556"/>
            <w:placeholder>
              <w:docPart w:val="7CD01ACAFD1C4AACA7E889F6553B125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0740E0C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3095B486" w14:textId="77777777" w:rsidTr="000B319E">
        <w:tc>
          <w:tcPr>
            <w:tcW w:w="2689" w:type="dxa"/>
          </w:tcPr>
          <w:p w14:paraId="7B42B6DF" w14:textId="77777777" w:rsidR="00443D0B" w:rsidRPr="00260F73" w:rsidRDefault="00443D0B" w:rsidP="000B319E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210372793"/>
            <w:placeholder>
              <w:docPart w:val="F6F18036341D472CB9E6C47B6FA47BF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96E894A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7DC84D0A" w14:textId="77777777" w:rsidTr="000B319E">
        <w:tc>
          <w:tcPr>
            <w:tcW w:w="2689" w:type="dxa"/>
          </w:tcPr>
          <w:p w14:paraId="7A3B4DF2" w14:textId="77777777" w:rsidR="00443D0B" w:rsidRPr="00260F73" w:rsidRDefault="00443D0B" w:rsidP="000B319E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735429346"/>
            <w:placeholder>
              <w:docPart w:val="F35C7FF6D5AB4DE28E91742AC208D9C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02A31E0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5C72352E" w14:textId="77777777" w:rsidTr="000B319E">
        <w:tc>
          <w:tcPr>
            <w:tcW w:w="2689" w:type="dxa"/>
          </w:tcPr>
          <w:p w14:paraId="084083B4" w14:textId="77777777" w:rsidR="00443D0B" w:rsidRPr="00260F73" w:rsidRDefault="00443D0B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2E0948AA" w14:textId="77777777" w:rsidR="00443D0B" w:rsidRPr="00260F73" w:rsidRDefault="00443D0B" w:rsidP="000B319E"/>
        </w:tc>
        <w:sdt>
          <w:sdtPr>
            <w:id w:val="454532111"/>
            <w:placeholder>
              <w:docPart w:val="29B3738141A943CB9CC6006289429A1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535650B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623B8B8A" w14:textId="77777777" w:rsidTr="000B319E">
        <w:tc>
          <w:tcPr>
            <w:tcW w:w="2689" w:type="dxa"/>
          </w:tcPr>
          <w:p w14:paraId="246F0BEA" w14:textId="77777777" w:rsidR="00443D0B" w:rsidRPr="00260F73" w:rsidRDefault="00443D0B" w:rsidP="000B319E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328E08E" w14:textId="77777777" w:rsidR="00443D0B" w:rsidRPr="00260F73" w:rsidRDefault="00443D0B" w:rsidP="000B319E">
            <w:r w:rsidRPr="00260F73">
              <w:t xml:space="preserve">Complete  </w:t>
            </w:r>
            <w:sdt>
              <w:sdtPr>
                <w:id w:val="-19369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6141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43D0B" w:rsidRPr="00260F73" w14:paraId="4489361A" w14:textId="77777777" w:rsidTr="000B319E">
        <w:tc>
          <w:tcPr>
            <w:tcW w:w="2689" w:type="dxa"/>
          </w:tcPr>
          <w:p w14:paraId="216512D0" w14:textId="77777777" w:rsidR="00443D0B" w:rsidRPr="00260F73" w:rsidRDefault="00443D0B" w:rsidP="000B319E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803273462"/>
            <w:placeholder>
              <w:docPart w:val="F0B7DAAB0FBE42AFB9D6819FD115257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D8F7BB2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1E5D90BF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5EED6680" w14:textId="77777777" w:rsidR="00443D0B" w:rsidRPr="00260F73" w:rsidRDefault="00443D0B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4821B49" w14:textId="77777777" w:rsidR="00443D0B" w:rsidRPr="00260F73" w:rsidRDefault="00443D0B" w:rsidP="000B319E">
            <w:r w:rsidRPr="00260F73">
              <w:t xml:space="preserve">Yes </w:t>
            </w:r>
            <w:sdt>
              <w:sdtPr>
                <w:id w:val="351535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78444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43D0B" w:rsidRPr="00260F73" w14:paraId="56424D4B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90CE2D" w14:textId="77777777" w:rsidR="00443D0B" w:rsidRPr="00260F73" w:rsidRDefault="00443D0B" w:rsidP="000B319E"/>
        </w:tc>
      </w:tr>
      <w:tr w:rsidR="00443D0B" w:rsidRPr="00260F73" w14:paraId="55415986" w14:textId="77777777" w:rsidTr="000B319E">
        <w:tc>
          <w:tcPr>
            <w:tcW w:w="2689" w:type="dxa"/>
          </w:tcPr>
          <w:p w14:paraId="489C11E2" w14:textId="77777777" w:rsidR="00443D0B" w:rsidRPr="00260F73" w:rsidRDefault="00443D0B" w:rsidP="000B319E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339769383"/>
            <w:placeholder>
              <w:docPart w:val="A91959E4219844909604E89F0C032A4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666EA90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00314721" w14:textId="77777777" w:rsidTr="000B319E">
        <w:tc>
          <w:tcPr>
            <w:tcW w:w="2689" w:type="dxa"/>
          </w:tcPr>
          <w:p w14:paraId="471440E5" w14:textId="77777777" w:rsidR="00443D0B" w:rsidRPr="00260F73" w:rsidRDefault="00443D0B" w:rsidP="000B319E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988007705"/>
            <w:placeholder>
              <w:docPart w:val="F38327F7521A49F398BE048DAF2263D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F0A7B83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2CABDF94" w14:textId="77777777" w:rsidTr="000B319E">
        <w:tc>
          <w:tcPr>
            <w:tcW w:w="2689" w:type="dxa"/>
          </w:tcPr>
          <w:p w14:paraId="7D827E3F" w14:textId="77777777" w:rsidR="00443D0B" w:rsidRPr="00260F73" w:rsidRDefault="00443D0B" w:rsidP="000B319E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207165933"/>
            <w:placeholder>
              <w:docPart w:val="CE539F8952D443D09EA19584BEF753D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2323F1C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1A4F5749" w14:textId="77777777" w:rsidTr="000B319E">
        <w:tc>
          <w:tcPr>
            <w:tcW w:w="2689" w:type="dxa"/>
          </w:tcPr>
          <w:p w14:paraId="58ACF267" w14:textId="77777777" w:rsidR="00443D0B" w:rsidRPr="00260F73" w:rsidRDefault="00443D0B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DDC37C0" w14:textId="77777777" w:rsidR="00443D0B" w:rsidRPr="00260F73" w:rsidRDefault="00443D0B" w:rsidP="000B319E"/>
        </w:tc>
        <w:sdt>
          <w:sdtPr>
            <w:id w:val="1638148836"/>
            <w:placeholder>
              <w:docPart w:val="95544E0E9F9B44628ADA3B720A08008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453B4E5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2F482FF9" w14:textId="77777777" w:rsidTr="000B319E">
        <w:tc>
          <w:tcPr>
            <w:tcW w:w="2689" w:type="dxa"/>
          </w:tcPr>
          <w:p w14:paraId="70D457CB" w14:textId="77777777" w:rsidR="00443D0B" w:rsidRPr="00260F73" w:rsidRDefault="00443D0B" w:rsidP="000B319E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D390381" w14:textId="77777777" w:rsidR="00443D0B" w:rsidRPr="00260F73" w:rsidRDefault="00443D0B" w:rsidP="000B319E">
            <w:r w:rsidRPr="00260F73">
              <w:t xml:space="preserve">Complete  </w:t>
            </w:r>
            <w:sdt>
              <w:sdtPr>
                <w:id w:val="-900603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12149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43D0B" w:rsidRPr="00260F73" w14:paraId="5FF45D63" w14:textId="77777777" w:rsidTr="000B319E">
        <w:tc>
          <w:tcPr>
            <w:tcW w:w="2689" w:type="dxa"/>
          </w:tcPr>
          <w:p w14:paraId="7F654190" w14:textId="77777777" w:rsidR="00443D0B" w:rsidRPr="00260F73" w:rsidRDefault="00443D0B" w:rsidP="000B319E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51034733"/>
            <w:placeholder>
              <w:docPart w:val="174DA014058C464D8D814A89D3175E4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A9136E8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3ED2BA3C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3CAF8983" w14:textId="77777777" w:rsidR="00443D0B" w:rsidRPr="00260F73" w:rsidRDefault="00443D0B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53B4BAB" w14:textId="77777777" w:rsidR="00443D0B" w:rsidRPr="00260F73" w:rsidRDefault="00443D0B" w:rsidP="000B319E">
            <w:r w:rsidRPr="00260F73">
              <w:t xml:space="preserve">Yes </w:t>
            </w:r>
            <w:sdt>
              <w:sdtPr>
                <w:id w:val="36610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45656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43D0B" w:rsidRPr="00260F73" w14:paraId="5860E7FE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AE14CD" w14:textId="77777777" w:rsidR="00443D0B" w:rsidRPr="00260F73" w:rsidRDefault="00443D0B" w:rsidP="000B319E"/>
        </w:tc>
      </w:tr>
      <w:tr w:rsidR="00443D0B" w:rsidRPr="00260F73" w14:paraId="25C9DB04" w14:textId="77777777" w:rsidTr="000B319E">
        <w:tc>
          <w:tcPr>
            <w:tcW w:w="2689" w:type="dxa"/>
          </w:tcPr>
          <w:p w14:paraId="18B0EE37" w14:textId="77777777" w:rsidR="00443D0B" w:rsidRPr="00260F73" w:rsidRDefault="00443D0B" w:rsidP="000B319E">
            <w:r w:rsidRPr="00260F73">
              <w:rPr>
                <w:b/>
                <w:bCs/>
              </w:rPr>
              <w:t>Role</w:t>
            </w:r>
          </w:p>
        </w:tc>
        <w:sdt>
          <w:sdtPr>
            <w:id w:val="-2016067024"/>
            <w:placeholder>
              <w:docPart w:val="0D0EA735AE054E6DBD2A5B5BF65033C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6AF7FE2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0A1A1A83" w14:textId="77777777" w:rsidTr="000B319E">
        <w:tc>
          <w:tcPr>
            <w:tcW w:w="2689" w:type="dxa"/>
          </w:tcPr>
          <w:p w14:paraId="4BE40118" w14:textId="77777777" w:rsidR="00443D0B" w:rsidRPr="00260F73" w:rsidRDefault="00443D0B" w:rsidP="000B319E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2046556416"/>
            <w:placeholder>
              <w:docPart w:val="5E74E7D3EF9348F597C153CB54229D3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50ACAFE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24B6F9F0" w14:textId="77777777" w:rsidTr="000B319E">
        <w:tc>
          <w:tcPr>
            <w:tcW w:w="2689" w:type="dxa"/>
          </w:tcPr>
          <w:p w14:paraId="2677DBD3" w14:textId="77777777" w:rsidR="00443D0B" w:rsidRPr="00260F73" w:rsidRDefault="00443D0B" w:rsidP="000B319E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632017624"/>
            <w:placeholder>
              <w:docPart w:val="5CD40D3E17FF4BBC999094D55EF1063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F38E506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648C33B0" w14:textId="77777777" w:rsidTr="000B319E">
        <w:tc>
          <w:tcPr>
            <w:tcW w:w="2689" w:type="dxa"/>
          </w:tcPr>
          <w:p w14:paraId="1A9F2F1A" w14:textId="77777777" w:rsidR="00443D0B" w:rsidRPr="00260F73" w:rsidRDefault="00443D0B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67DEB3C9" w14:textId="77777777" w:rsidR="00443D0B" w:rsidRPr="00260F73" w:rsidRDefault="00443D0B" w:rsidP="000B319E"/>
        </w:tc>
        <w:sdt>
          <w:sdtPr>
            <w:id w:val="-1211040735"/>
            <w:placeholder>
              <w:docPart w:val="BFAA0CC63A994A9EA319B3210D95602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5A420D3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051BDFAB" w14:textId="77777777" w:rsidTr="000B319E">
        <w:tc>
          <w:tcPr>
            <w:tcW w:w="2689" w:type="dxa"/>
          </w:tcPr>
          <w:p w14:paraId="71A7DC7F" w14:textId="77777777" w:rsidR="00443D0B" w:rsidRPr="00260F73" w:rsidRDefault="00443D0B" w:rsidP="000B319E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FC2F41D" w14:textId="77777777" w:rsidR="00443D0B" w:rsidRPr="00260F73" w:rsidRDefault="00443D0B" w:rsidP="000B319E">
            <w:r w:rsidRPr="00260F73">
              <w:t xml:space="preserve">Complete  </w:t>
            </w:r>
            <w:sdt>
              <w:sdtPr>
                <w:id w:val="-30015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524277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43D0B" w:rsidRPr="00260F73" w14:paraId="794A449D" w14:textId="77777777" w:rsidTr="000B319E">
        <w:tc>
          <w:tcPr>
            <w:tcW w:w="2689" w:type="dxa"/>
          </w:tcPr>
          <w:p w14:paraId="19606283" w14:textId="77777777" w:rsidR="00443D0B" w:rsidRPr="00260F73" w:rsidRDefault="00443D0B" w:rsidP="000B319E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850022485"/>
            <w:placeholder>
              <w:docPart w:val="78EAF7779DE94F15AB38AF42D0C6BC9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1B008B1" w14:textId="77777777" w:rsidR="00443D0B" w:rsidRPr="00260F73" w:rsidRDefault="00443D0B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43D0B" w:rsidRPr="00260F73" w14:paraId="47A8EAA5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313744D4" w14:textId="77777777" w:rsidR="00443D0B" w:rsidRPr="00260F73" w:rsidRDefault="00443D0B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058545B" w14:textId="77777777" w:rsidR="00443D0B" w:rsidRPr="00260F73" w:rsidRDefault="00443D0B" w:rsidP="000B319E">
            <w:r w:rsidRPr="00260F73">
              <w:t xml:space="preserve">Yes </w:t>
            </w:r>
            <w:sdt>
              <w:sdtPr>
                <w:id w:val="788555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669549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F6B8C" w:rsidRPr="00260F73" w14:paraId="66F0D7E6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B30EE" w14:textId="04A1E04A" w:rsidR="00EF6B8C" w:rsidRPr="00260F73" w:rsidRDefault="00EF6B8C"/>
        </w:tc>
      </w:tr>
    </w:tbl>
    <w:p w14:paraId="7A882F9A" w14:textId="77777777" w:rsidR="00E9708F" w:rsidRPr="00260F73" w:rsidRDefault="00E9708F"/>
    <w:p w14:paraId="7761E57B" w14:textId="77777777" w:rsidR="00EF6B8C" w:rsidRDefault="00EF6B8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6A55C48B" w:rsidR="0075109E" w:rsidRPr="00260F73" w:rsidRDefault="00F211F0" w:rsidP="00F211F0">
      <w:pPr>
        <w:pStyle w:val="Heading1"/>
      </w:pPr>
      <w:r w:rsidRPr="00260F73">
        <w:lastRenderedPageBreak/>
        <w:t>Leadership</w:t>
      </w:r>
      <w:r w:rsidR="0075109E" w:rsidRPr="00260F73">
        <w:t xml:space="preserve"> and management</w:t>
      </w:r>
    </w:p>
    <w:p w14:paraId="46C30522" w14:textId="71604A2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time you demonstrated leadership in a clinical setting.</w:t>
      </w:r>
    </w:p>
    <w:sdt>
      <w:sdtPr>
        <w:id w:val="-1742706817"/>
        <w:placeholder>
          <w:docPart w:val="E7D02D12569949259F4B303AE9EE91BE"/>
        </w:placeholder>
        <w:showingPlcHdr/>
      </w:sdtPr>
      <w:sdtEndPr/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EndPr/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2140306F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service improvement 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EndPr/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08A446E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 in a busy clinical environment?</w:t>
      </w:r>
    </w:p>
    <w:sdt>
      <w:sdtPr>
        <w:id w:val="-195615532"/>
        <w:placeholder>
          <w:docPart w:val="9380793E9EE044989EB44762814E78B6"/>
        </w:placeholder>
        <w:showingPlcHdr/>
      </w:sdtPr>
      <w:sdtEndPr/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EndPr/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EndPr/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EndPr/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p w14:paraId="41415848" w14:textId="77777777" w:rsidR="008F32B1" w:rsidRPr="008F32B1" w:rsidRDefault="008F32B1" w:rsidP="008F32B1">
      <w:pPr>
        <w:pStyle w:val="Heading1"/>
      </w:pPr>
      <w:r w:rsidRPr="008F32B1">
        <w:t>Clinical Governance &amp; Patient Safety</w:t>
      </w:r>
    </w:p>
    <w:p w14:paraId="19779DD6" w14:textId="1EE708F7" w:rsidR="008F32B1" w:rsidRDefault="008F32B1" w:rsidP="008F32B1">
      <w:pPr>
        <w:pStyle w:val="ListParagraph"/>
        <w:numPr>
          <w:ilvl w:val="0"/>
          <w:numId w:val="17"/>
        </w:numPr>
        <w:ind w:left="360"/>
        <w:rPr>
          <w:b/>
          <w:bCs/>
          <w:lang w:val="en-US"/>
        </w:rPr>
      </w:pPr>
      <w:r w:rsidRPr="008F32B1">
        <w:rPr>
          <w:b/>
          <w:bCs/>
          <w:lang w:val="en-US"/>
        </w:rPr>
        <w:t>Describe your involvement in patient safety initiatives.</w:t>
      </w:r>
    </w:p>
    <w:sdt>
      <w:sdtPr>
        <w:rPr>
          <w:b/>
          <w:bCs/>
          <w:lang w:val="en-US"/>
        </w:rPr>
        <w:id w:val="-485100073"/>
        <w:placeholder>
          <w:docPart w:val="23B5767361C04BDF87CDE2A1D720DEE9"/>
        </w:placeholder>
        <w:showingPlcHdr/>
      </w:sdtPr>
      <w:sdtEndPr/>
      <w:sdtContent>
        <w:p w14:paraId="6DDA42D7" w14:textId="4FA3E8A8" w:rsidR="008F32B1" w:rsidRPr="008F32B1" w:rsidRDefault="008F32B1" w:rsidP="008F32B1">
          <w:pPr>
            <w:rPr>
              <w:b/>
              <w:bCs/>
              <w:lang w:val="en-US"/>
            </w:rPr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sdtContent>
    </w:sdt>
    <w:p w14:paraId="0F6A4E88" w14:textId="1EF5985A" w:rsidR="008F32B1" w:rsidRDefault="008F32B1" w:rsidP="008F32B1">
      <w:pPr>
        <w:pStyle w:val="ListParagraph"/>
        <w:numPr>
          <w:ilvl w:val="0"/>
          <w:numId w:val="17"/>
        </w:numPr>
        <w:ind w:left="360"/>
        <w:rPr>
          <w:b/>
          <w:bCs/>
          <w:lang w:val="en-US"/>
        </w:rPr>
      </w:pPr>
      <w:r w:rsidRPr="008F32B1">
        <w:rPr>
          <w:b/>
          <w:bCs/>
          <w:lang w:val="en-US"/>
        </w:rPr>
        <w:t>Provide an example of how you identified and addressed a risk.</w:t>
      </w:r>
    </w:p>
    <w:sdt>
      <w:sdtPr>
        <w:rPr>
          <w:b/>
          <w:bCs/>
          <w:lang w:val="en-US"/>
        </w:rPr>
        <w:id w:val="-1504813362"/>
        <w:placeholder>
          <w:docPart w:val="BF66836761CB48009FD186E94546F1D2"/>
        </w:placeholder>
        <w:showingPlcHdr/>
      </w:sdtPr>
      <w:sdtEndPr/>
      <w:sdtContent>
        <w:p w14:paraId="514BED30" w14:textId="261D46BF" w:rsidR="008F32B1" w:rsidRPr="008F32B1" w:rsidRDefault="008F32B1" w:rsidP="008F32B1">
          <w:pPr>
            <w:rPr>
              <w:b/>
              <w:bCs/>
              <w:lang w:val="en-US"/>
            </w:rPr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sdtContent>
    </w:sdt>
    <w:p w14:paraId="29041D15" w14:textId="4F5A47AF" w:rsidR="008F32B1" w:rsidRDefault="008F32B1" w:rsidP="008F32B1">
      <w:pPr>
        <w:pStyle w:val="ListParagraph"/>
        <w:numPr>
          <w:ilvl w:val="0"/>
          <w:numId w:val="17"/>
        </w:numPr>
        <w:ind w:left="360"/>
        <w:rPr>
          <w:b/>
          <w:bCs/>
          <w:lang w:val="en-US"/>
        </w:rPr>
      </w:pPr>
      <w:r w:rsidRPr="008F32B1">
        <w:rPr>
          <w:b/>
          <w:bCs/>
          <w:lang w:val="en-US"/>
        </w:rPr>
        <w:t>How do you ensure high standards of clinical care?</w:t>
      </w:r>
    </w:p>
    <w:sdt>
      <w:sdtPr>
        <w:rPr>
          <w:b/>
          <w:bCs/>
          <w:lang w:val="en-US"/>
        </w:rPr>
        <w:id w:val="1057368598"/>
        <w:placeholder>
          <w:docPart w:val="909692DD68FC467196C1C9410F36C154"/>
        </w:placeholder>
        <w:showingPlcHdr/>
      </w:sdtPr>
      <w:sdtEndPr/>
      <w:sdtContent>
        <w:p w14:paraId="6CDAC1F7" w14:textId="69596E57" w:rsidR="008F32B1" w:rsidRPr="008F32B1" w:rsidRDefault="008F32B1" w:rsidP="008F32B1">
          <w:pPr>
            <w:rPr>
              <w:b/>
              <w:bCs/>
              <w:lang w:val="en-US"/>
            </w:rPr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sdtContent>
    </w:sdt>
    <w:p w14:paraId="5DEBB034" w14:textId="77777777" w:rsidR="008F32B1" w:rsidRDefault="008F32B1"/>
    <w:sectPr w:rsidR="008F32B1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EB0DE" w14:textId="77777777" w:rsidR="000965D3" w:rsidRPr="00260F73" w:rsidRDefault="000965D3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0F0144B6" w14:textId="77777777" w:rsidR="000965D3" w:rsidRPr="00260F73" w:rsidRDefault="000965D3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768D7" w14:textId="77777777" w:rsidR="000965D3" w:rsidRPr="00260F73" w:rsidRDefault="000965D3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68C0258E" w14:textId="77777777" w:rsidR="000965D3" w:rsidRPr="00260F73" w:rsidRDefault="000965D3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616EAC1A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FA5107">
      <w:t>Neonatology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0E44F8EB" w:rsidR="001B2E81" w:rsidRPr="00260F73" w:rsidRDefault="00260F7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6DFF88" wp14:editId="11C770AB">
          <wp:simplePos x="0" y="0"/>
          <wp:positionH relativeFrom="column">
            <wp:posOffset>-628650</wp:posOffset>
          </wp:positionH>
          <wp:positionV relativeFrom="paragraph">
            <wp:posOffset>-177800</wp:posOffset>
          </wp:positionV>
          <wp:extent cx="2926041" cy="1044000"/>
          <wp:effectExtent l="0" t="0" r="8255" b="3810"/>
          <wp:wrapTopAndBottom/>
          <wp:docPr id="3720198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019877" name="Picture 3720198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041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E26969"/>
    <w:multiLevelType w:val="hybridMultilevel"/>
    <w:tmpl w:val="6B90E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01521D6E"/>
    <w:lvl w:ilvl="0" w:tplc="871A530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2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1"/>
  </w:num>
  <w:num w:numId="12" w16cid:durableId="954025059">
    <w:abstractNumId w:val="13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6319813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65D3"/>
    <w:rsid w:val="000A5F58"/>
    <w:rsid w:val="000D3205"/>
    <w:rsid w:val="0011640E"/>
    <w:rsid w:val="0015074B"/>
    <w:rsid w:val="00160338"/>
    <w:rsid w:val="001739F7"/>
    <w:rsid w:val="001B2E81"/>
    <w:rsid w:val="001C17E4"/>
    <w:rsid w:val="00214ECC"/>
    <w:rsid w:val="002319B9"/>
    <w:rsid w:val="00260F73"/>
    <w:rsid w:val="002931FF"/>
    <w:rsid w:val="0029639D"/>
    <w:rsid w:val="002D4392"/>
    <w:rsid w:val="002D7CE0"/>
    <w:rsid w:val="002D7D98"/>
    <w:rsid w:val="002E140B"/>
    <w:rsid w:val="00326F90"/>
    <w:rsid w:val="003729FB"/>
    <w:rsid w:val="003800C5"/>
    <w:rsid w:val="00443D0B"/>
    <w:rsid w:val="004929C5"/>
    <w:rsid w:val="004A41F5"/>
    <w:rsid w:val="004D6768"/>
    <w:rsid w:val="00547911"/>
    <w:rsid w:val="00591C0B"/>
    <w:rsid w:val="00597958"/>
    <w:rsid w:val="005A051B"/>
    <w:rsid w:val="006D0099"/>
    <w:rsid w:val="0075109E"/>
    <w:rsid w:val="007C0991"/>
    <w:rsid w:val="007C3707"/>
    <w:rsid w:val="00801BD9"/>
    <w:rsid w:val="00821B93"/>
    <w:rsid w:val="0083162F"/>
    <w:rsid w:val="008525FA"/>
    <w:rsid w:val="008F32B1"/>
    <w:rsid w:val="009A7B67"/>
    <w:rsid w:val="009E4AEB"/>
    <w:rsid w:val="00A0792E"/>
    <w:rsid w:val="00A36383"/>
    <w:rsid w:val="00A606A6"/>
    <w:rsid w:val="00AA1D8D"/>
    <w:rsid w:val="00B16633"/>
    <w:rsid w:val="00B47730"/>
    <w:rsid w:val="00B8038E"/>
    <w:rsid w:val="00BD4838"/>
    <w:rsid w:val="00BF1F94"/>
    <w:rsid w:val="00C7253B"/>
    <w:rsid w:val="00C95D05"/>
    <w:rsid w:val="00CB0664"/>
    <w:rsid w:val="00CD745A"/>
    <w:rsid w:val="00DA296B"/>
    <w:rsid w:val="00E5708D"/>
    <w:rsid w:val="00E9708F"/>
    <w:rsid w:val="00EF34B8"/>
    <w:rsid w:val="00EF6B8C"/>
    <w:rsid w:val="00F211F0"/>
    <w:rsid w:val="00F277ED"/>
    <w:rsid w:val="00F4085D"/>
    <w:rsid w:val="00F52E0C"/>
    <w:rsid w:val="00F54DC5"/>
    <w:rsid w:val="00F75C6A"/>
    <w:rsid w:val="00F85A62"/>
    <w:rsid w:val="00F94BC3"/>
    <w:rsid w:val="00F95107"/>
    <w:rsid w:val="00FA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417AFE" w:rsidP="00417AFE">
          <w:pPr>
            <w:pStyle w:val="F4D6CB2241074A76A75ACE4A72F3BA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417AFE" w:rsidP="00417AFE">
          <w:pPr>
            <w:pStyle w:val="5C6BE9DD57B042A78E73AE6C65AB81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417AFE" w:rsidP="00417AFE">
          <w:pPr>
            <w:pStyle w:val="B94FF17A7DD844238942618D220CAEE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417AFE" w:rsidP="00417AFE">
          <w:pPr>
            <w:pStyle w:val="767E5F504CE04A3283DBB5C362BF53D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417AFE" w:rsidP="00417AFE">
          <w:pPr>
            <w:pStyle w:val="15FA136DFCC9400EA3643631FD9D49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417AFE" w:rsidP="00417AFE">
          <w:pPr>
            <w:pStyle w:val="758EF154077D4EC492E0AA02749775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417AFE" w:rsidP="00417AFE">
          <w:pPr>
            <w:pStyle w:val="60444590C5F4414E83C6454885D5753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417AFE" w:rsidP="00417AFE">
          <w:pPr>
            <w:pStyle w:val="096DC268CB3744C7AF90E558EFABE7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417AFE" w:rsidP="00417AFE">
          <w:pPr>
            <w:pStyle w:val="16EE3227410F4460A6706019F08584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417AFE" w:rsidP="00417AFE">
          <w:pPr>
            <w:pStyle w:val="35C6ADD19D0A4F7F9AA8A8D4CCB137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417AFE" w:rsidP="00417AFE">
          <w:pPr>
            <w:pStyle w:val="0AD4EFDEB46F4DD3B07D7D864B6EAE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417AFE" w:rsidP="00417AFE">
          <w:pPr>
            <w:pStyle w:val="C969D259CE28476AA1EB44B74A93B0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417AFE" w:rsidP="00417AFE">
          <w:pPr>
            <w:pStyle w:val="4163D3241B974CB9999FF0EC5B4E2B2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417AFE" w:rsidP="00417AFE">
          <w:pPr>
            <w:pStyle w:val="89495584885745569DDCF4FEC1482D0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417AFE" w:rsidP="00417AFE">
          <w:pPr>
            <w:pStyle w:val="66C6F6902A3B4D4CA7D745FDDA70B6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417AFE" w:rsidP="00417AFE">
          <w:pPr>
            <w:pStyle w:val="4CD965A9EE694FECADF2476D720E7B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417AFE" w:rsidP="00417AFE">
          <w:pPr>
            <w:pStyle w:val="09E232A6ADC042DB884957F020A929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417AFE" w:rsidP="00417AFE">
          <w:pPr>
            <w:pStyle w:val="3DF7FD3C5E5C4C0992D419903A5ACD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417AFE" w:rsidP="00417AFE">
          <w:pPr>
            <w:pStyle w:val="657F90F891404138BEF4C8B0986FE70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417AFE" w:rsidP="00417AFE">
          <w:pPr>
            <w:pStyle w:val="C9113B8A854441D682CE5AC80AFB086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417AFE" w:rsidP="00417AFE">
          <w:pPr>
            <w:pStyle w:val="E3F5175B57004446843F4F317C13BE7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417AFE" w:rsidP="00417AFE">
          <w:pPr>
            <w:pStyle w:val="74CADD3637F3476CAEF2795719E307A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417AFE" w:rsidP="00417AFE">
          <w:pPr>
            <w:pStyle w:val="6E2E25C8BD59485F83A4E1A3EB66C1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417AFE" w:rsidP="00417AFE">
          <w:pPr>
            <w:pStyle w:val="CADFFF9D18954E1993F5C0789B03E1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417AFE" w:rsidP="00417AFE">
          <w:pPr>
            <w:pStyle w:val="872FF4CA11794B8A841DB2220DF10EA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417AFE" w:rsidP="00417AFE">
          <w:pPr>
            <w:pStyle w:val="4E97BD512F134974B65EC5CE1A1FFA5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417AFE" w:rsidP="00417AFE">
          <w:pPr>
            <w:pStyle w:val="43C24FC1DD4E4C25906C3761C0E444F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417AFE" w:rsidP="00417AFE">
          <w:pPr>
            <w:pStyle w:val="6E5B51F8A20C49259CB13015EB12138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417AFE" w:rsidP="00417AFE">
          <w:pPr>
            <w:pStyle w:val="ACA81B7FEB124004A04A95F11ADBD7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417AFE" w:rsidP="00417AFE">
          <w:pPr>
            <w:pStyle w:val="AB27C8C8D90949D99B80C3BCC40C6D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417AFE" w:rsidP="00417AFE">
          <w:pPr>
            <w:pStyle w:val="BE6BAA36B4CE46CCBA1107A2CA863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417AFE" w:rsidP="00417AFE">
          <w:pPr>
            <w:pStyle w:val="98F3A9EE91754E259AFD2F141BD88EC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417AFE" w:rsidP="00417AFE">
          <w:pPr>
            <w:pStyle w:val="A562792367E244C2B52C13434E400D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417AFE" w:rsidP="00417AFE">
          <w:pPr>
            <w:pStyle w:val="7E217E49FF2B4BCCB4F3ACCCBA86205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417AFE" w:rsidP="00417AFE">
          <w:pPr>
            <w:pStyle w:val="A6B6B6169038418C8F137F03A3BAC3E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417AFE" w:rsidP="00417AFE">
          <w:pPr>
            <w:pStyle w:val="BA84038C5BAB4BC98BCFD7720888F4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417AFE" w:rsidP="00417AFE">
          <w:pPr>
            <w:pStyle w:val="2A85F1BB5E59479D91B2E845B74103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417AFE" w:rsidP="00417AFE">
          <w:pPr>
            <w:pStyle w:val="734A0FEE22AB4D08A85FAFBB84445CB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417AFE" w:rsidP="00417AFE">
          <w:pPr>
            <w:pStyle w:val="3AE69983638E496B87E186B118E83D0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417AFE" w:rsidP="00417AFE">
          <w:pPr>
            <w:pStyle w:val="4E1B8BE8E635423EB269141E9E2912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417AFE" w:rsidP="00417AFE">
          <w:pPr>
            <w:pStyle w:val="522C19E6AA2346A4966003129C441C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417AFE" w:rsidP="00417AFE">
          <w:pPr>
            <w:pStyle w:val="DC6DBC8E8B3947CB8F9195F36B67D85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417AFE" w:rsidP="00417AFE">
          <w:pPr>
            <w:pStyle w:val="49487EF4E50B45EF8F8DF0A58099CB0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417AFE" w:rsidP="00417AFE">
          <w:pPr>
            <w:pStyle w:val="C6C5AA04D5744E5397F5B4C02E599FE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417AFE" w:rsidP="00417AFE">
          <w:pPr>
            <w:pStyle w:val="657845195F10471BB191FDF6254F450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417AFE" w:rsidP="00417AFE">
          <w:pPr>
            <w:pStyle w:val="4261ABEBA6024587BD9BFFA89B86CBA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417AFE" w:rsidP="00417AFE">
          <w:pPr>
            <w:pStyle w:val="ECE4C47E07C843CCA2D7255597D0770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417AFE" w:rsidP="00417AFE">
          <w:pPr>
            <w:pStyle w:val="9444CF760006459A89EF2B7CE3AFF2D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417AFE" w:rsidP="00417AFE">
          <w:pPr>
            <w:pStyle w:val="A451D5A1F2414B9AB219F05CFB3EC45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417AFE" w:rsidP="00417AFE">
          <w:pPr>
            <w:pStyle w:val="E58E1C4CC73644419B96786849CD041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417AFE" w:rsidP="00417AFE">
          <w:pPr>
            <w:pStyle w:val="CA4E4ABAE5DA465E97A6237A7809538C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417AFE" w:rsidP="00417AFE">
          <w:pPr>
            <w:pStyle w:val="156AE4FD73954CA688AAE317B321396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417AFE" w:rsidP="00417AFE">
          <w:pPr>
            <w:pStyle w:val="6D5A277E4DAE4119840AF2E2D970FC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417AFE" w:rsidP="00417AFE">
          <w:pPr>
            <w:pStyle w:val="586FFECF142C4598987272C037E4807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417AFE" w:rsidP="00417AFE">
          <w:pPr>
            <w:pStyle w:val="0FB6E5FECABF45829BB384A56029A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417AFE" w:rsidP="00417AFE">
          <w:pPr>
            <w:pStyle w:val="7041F98D97294F33B27DB409BE8E34F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417AFE" w:rsidP="00417AFE">
          <w:pPr>
            <w:pStyle w:val="73AB6D1D873F4738BF61AE697637871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417AFE" w:rsidP="00417AFE">
          <w:pPr>
            <w:pStyle w:val="520891A0A4C04E9D9F8A8F3644975C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417AFE" w:rsidP="00417AFE">
          <w:pPr>
            <w:pStyle w:val="C582574595EA444189787F4DFB8EE3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417AFE" w:rsidP="00417AFE">
          <w:pPr>
            <w:pStyle w:val="55670920D67C4481B676B57D42BEF39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417AFE" w:rsidP="00417AFE">
          <w:pPr>
            <w:pStyle w:val="1734C0B0E50C4165979C1D1CD6EF511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417AFE" w:rsidP="00417AFE">
          <w:pPr>
            <w:pStyle w:val="A98CC7936C024C2988776FBA2CC670B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417AFE" w:rsidP="00417AFE">
          <w:pPr>
            <w:pStyle w:val="2E9B36F7201C45DF99CA9FA9C42900A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417AFE" w:rsidP="00417AFE">
          <w:pPr>
            <w:pStyle w:val="09814CF1CD7A47D3BB560F37A96F9D5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417AFE" w:rsidP="00417AFE">
          <w:pPr>
            <w:pStyle w:val="7793DEAF92564508A217818A964BBBC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413438" w:rsidRDefault="00417AFE" w:rsidP="00417AFE">
          <w:pPr>
            <w:pStyle w:val="D5F14FB66A15431389EB3E003A7DADB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413438" w:rsidRDefault="00417AFE" w:rsidP="00417AFE">
          <w:pPr>
            <w:pStyle w:val="0650B01579224C17841E78E78C05793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74A2D43DF304886A881A48DB725E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E72E5-4948-48E8-9DE8-B06639183B3A}"/>
      </w:docPartPr>
      <w:docPartBody>
        <w:p w:rsidR="00413438" w:rsidRDefault="00417AFE" w:rsidP="00417AFE">
          <w:pPr>
            <w:pStyle w:val="774A2D43DF304886A881A48DB725E3A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2DC1AC1EF943789D35F04A29286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506E0-FADB-414D-92CD-DEB6601EDB19}"/>
      </w:docPartPr>
      <w:docPartBody>
        <w:p w:rsidR="00413438" w:rsidRDefault="00417AFE" w:rsidP="00417AFE">
          <w:pPr>
            <w:pStyle w:val="F52DC1AC1EF943789D35F04A2928632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F9E9C7F32471294302BE920C10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D664F-E9C8-4485-9683-DC8C4E265DBB}"/>
      </w:docPartPr>
      <w:docPartBody>
        <w:p w:rsidR="00413438" w:rsidRDefault="00417AFE" w:rsidP="00417AFE">
          <w:pPr>
            <w:pStyle w:val="8F0F9E9C7F32471294302BE920C10E9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00EF9D5C5064AC3A5046E4511DC1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B0F91-ADE7-4D80-8AA1-9EC72A9426B7}"/>
      </w:docPartPr>
      <w:docPartBody>
        <w:p w:rsidR="00413438" w:rsidRDefault="00417AFE" w:rsidP="00417AFE">
          <w:pPr>
            <w:pStyle w:val="400EF9D5C5064AC3A5046E4511DC1EF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C1A675730A4DF4BE8EF00B98806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0FAA6-9860-4C30-9999-C8719FE9A738}"/>
      </w:docPartPr>
      <w:docPartBody>
        <w:p w:rsidR="00413438" w:rsidRDefault="00417AFE" w:rsidP="00417AFE">
          <w:pPr>
            <w:pStyle w:val="47C1A675730A4DF4BE8EF00B9880615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66F365C96545E7BCD8875465C89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6FC79-DC28-4008-BBA4-F67252027701}"/>
      </w:docPartPr>
      <w:docPartBody>
        <w:p w:rsidR="00413438" w:rsidRDefault="00417AFE" w:rsidP="00417AFE">
          <w:pPr>
            <w:pStyle w:val="B066F365C96545E7BCD8875465C8950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A6CB71295541ACA9F42EDDCCA9A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242E4-429A-407F-B29A-5FB51318A063}"/>
      </w:docPartPr>
      <w:docPartBody>
        <w:p w:rsidR="00413438" w:rsidRDefault="00417AFE" w:rsidP="00417AFE">
          <w:pPr>
            <w:pStyle w:val="84A6CB71295541ACA9F42EDDCCA9A36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D7DA4317824562B0E76F185F28F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99A68-6658-47DB-9892-973690EEFA89}"/>
      </w:docPartPr>
      <w:docPartBody>
        <w:p w:rsidR="00413438" w:rsidRDefault="00417AFE" w:rsidP="00417AFE">
          <w:pPr>
            <w:pStyle w:val="BAD7DA4317824562B0E76F185F28F5E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A89163453E74F2594044BAC0AC30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CF81B-8809-4098-9DFF-40C73AA9BBE6}"/>
      </w:docPartPr>
      <w:docPartBody>
        <w:p w:rsidR="00413438" w:rsidRDefault="00417AFE" w:rsidP="00417AFE">
          <w:pPr>
            <w:pStyle w:val="3A89163453E74F2594044BAC0AC3048A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CD7F55E56614662B1BD690D409E3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9F4AE-5277-45A4-95CF-B5CFF18E507D}"/>
      </w:docPartPr>
      <w:docPartBody>
        <w:p w:rsidR="00413438" w:rsidRDefault="00417AFE" w:rsidP="00417AFE">
          <w:pPr>
            <w:pStyle w:val="4CD7F55E56614662B1BD690D409E392D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83CA545F1404488F9BCDC6DF6ECD5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2B3B0-6067-4C72-B989-4349DD7499EF}"/>
      </w:docPartPr>
      <w:docPartBody>
        <w:p w:rsidR="00413438" w:rsidRDefault="00417AFE" w:rsidP="00417AFE">
          <w:pPr>
            <w:pStyle w:val="83CA545F1404488F9BCDC6DF6ECD569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791A6C3B4B409F9841ABAC34947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2372C-25E2-443E-BBA7-8F2561F21C41}"/>
      </w:docPartPr>
      <w:docPartBody>
        <w:p w:rsidR="00413438" w:rsidRDefault="00417AFE" w:rsidP="00417AFE">
          <w:pPr>
            <w:pStyle w:val="64791A6C3B4B409F9841ABAC34947CD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2F660841949E08B46FD76E76ED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216E7-41C3-425C-9613-3D89A8E935D8}"/>
      </w:docPartPr>
      <w:docPartBody>
        <w:p w:rsidR="00413438" w:rsidRDefault="00417AFE" w:rsidP="00417AFE">
          <w:pPr>
            <w:pStyle w:val="7BB2F660841949E08B46FD76E76ED41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22D1F9AF534FDC8C02CAF2CDAB4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9B8F1-BC2D-4BA2-83D5-1751178FA561}"/>
      </w:docPartPr>
      <w:docPartBody>
        <w:p w:rsidR="00413438" w:rsidRDefault="00417AFE" w:rsidP="00417AFE">
          <w:pPr>
            <w:pStyle w:val="6522D1F9AF534FDC8C02CAF2CDAB4BB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382E02C342B49EE9B5620169D18E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CEE58-689D-4AF6-8F7E-FBB6AAF12241}"/>
      </w:docPartPr>
      <w:docPartBody>
        <w:p w:rsidR="00413438" w:rsidRDefault="00417AFE" w:rsidP="00417AFE">
          <w:pPr>
            <w:pStyle w:val="F382E02C342B49EE9B5620169D18E681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3C318EBCB23488ABD237F04F18A7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06682-0656-4787-BF65-F38DE3EA5C4E}"/>
      </w:docPartPr>
      <w:docPartBody>
        <w:p w:rsidR="00413438" w:rsidRDefault="00417AFE" w:rsidP="00417AFE">
          <w:pPr>
            <w:pStyle w:val="B3C318EBCB23488ABD237F04F18A79F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DB70BD4451466F97471D39AB200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CA97A-82BD-4CA4-8C9C-99CEB3ECF10D}"/>
      </w:docPartPr>
      <w:docPartBody>
        <w:p w:rsidR="00413438" w:rsidRDefault="00417AFE" w:rsidP="00417AFE">
          <w:pPr>
            <w:pStyle w:val="27DB70BD4451466F97471D39AB200A3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0EFB6E5C44B36A3A949DA73FDC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F1DA8-8C5C-4B6C-AD71-755251B89CDC}"/>
      </w:docPartPr>
      <w:docPartBody>
        <w:p w:rsidR="00413438" w:rsidRDefault="00417AFE" w:rsidP="00417AFE">
          <w:pPr>
            <w:pStyle w:val="42B0EFB6E5C44B36A3A949DA73FDCE3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9B4CFDD701402581D2184F70410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82D9C-CD44-49D6-9058-E59C2FBDF162}"/>
      </w:docPartPr>
      <w:docPartBody>
        <w:p w:rsidR="00413438" w:rsidRDefault="00417AFE" w:rsidP="00417AFE">
          <w:pPr>
            <w:pStyle w:val="889B4CFDD701402581D2184F70410878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413438" w:rsidRDefault="00417AFE" w:rsidP="00417AFE">
          <w:pPr>
            <w:pStyle w:val="E7D02D12569949259F4B303AE9EE91BE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413438" w:rsidRDefault="00417AFE" w:rsidP="00417AFE">
          <w:pPr>
            <w:pStyle w:val="CAA78230F4974F91A466D1A3E44D5E2D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413438" w:rsidRDefault="00417AFE" w:rsidP="00417AFE">
          <w:pPr>
            <w:pStyle w:val="F0CFA2EC4C7B4356B9A2A03A62C38968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413438" w:rsidRDefault="00417AFE" w:rsidP="00417AFE">
          <w:pPr>
            <w:pStyle w:val="9380793E9EE044989EB44762814E78B6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413438" w:rsidRDefault="00417AFE" w:rsidP="00417AFE">
          <w:pPr>
            <w:pStyle w:val="0E951C26B4874E2787CBE628EA2C2094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413438" w:rsidRDefault="00417AFE" w:rsidP="00417AFE">
          <w:pPr>
            <w:pStyle w:val="07E5AC0373094234B85BEF415F1A8998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413438" w:rsidRDefault="00417AFE" w:rsidP="00417AFE">
          <w:pPr>
            <w:pStyle w:val="3ED87B2022A34B2198DC2B217B191A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5FCDD7E8CBA47AF8DF1392A06827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941F8-4D5C-4663-A3A8-5C88DCAC5BFC}"/>
      </w:docPartPr>
      <w:docPartBody>
        <w:p w:rsidR="008D097A" w:rsidRDefault="00417AFE" w:rsidP="00417AFE">
          <w:pPr>
            <w:pStyle w:val="75FCDD7E8CBA47AF8DF1392A068279201"/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3B5767361C04BDF87CDE2A1D720D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2856D-8931-4600-B094-B146CB4C952D}"/>
      </w:docPartPr>
      <w:docPartBody>
        <w:p w:rsidR="008D097A" w:rsidRDefault="00417AFE" w:rsidP="00417AFE">
          <w:pPr>
            <w:pStyle w:val="23B5767361C04BDF87CDE2A1D720DEE91"/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F66836761CB48009FD186E94546F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8F03D-5AEE-46DB-8F35-437A151ECBF6}"/>
      </w:docPartPr>
      <w:docPartBody>
        <w:p w:rsidR="008D097A" w:rsidRDefault="00417AFE" w:rsidP="00417AFE">
          <w:pPr>
            <w:pStyle w:val="BF66836761CB48009FD186E94546F1D21"/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09692DD68FC467196C1C9410F36C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D1FD0-768C-4073-8ED1-81174B468444}"/>
      </w:docPartPr>
      <w:docPartBody>
        <w:p w:rsidR="008D097A" w:rsidRDefault="00417AFE" w:rsidP="00417AFE">
          <w:pPr>
            <w:pStyle w:val="909692DD68FC467196C1C9410F36C1541"/>
          </w:pPr>
          <w:r w:rsidRPr="00B55134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7F8148B2FCE4BA289FE5A040BC6A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DAAEC-85CA-4DC1-9E08-2CFC38F929C8}"/>
      </w:docPartPr>
      <w:docPartBody>
        <w:p w:rsidR="00DB75BB" w:rsidRDefault="00417AFE" w:rsidP="00417AFE">
          <w:pPr>
            <w:pStyle w:val="F7F8148B2FCE4BA289FE5A040BC6A1B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D1A8E45574ABC92E9B5530018C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B7D90-C658-4FEE-83E8-6DD5FA69E5FA}"/>
      </w:docPartPr>
      <w:docPartBody>
        <w:p w:rsidR="00DB75BB" w:rsidRDefault="00417AFE" w:rsidP="00417AFE">
          <w:pPr>
            <w:pStyle w:val="426D1A8E45574ABC92E9B5530018C05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5DEF717206E46CBB49E3CA9CF2B0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5ED91-5DF1-4D41-BC06-2263C4EBE2B2}"/>
      </w:docPartPr>
      <w:docPartBody>
        <w:p w:rsidR="00DB75BB" w:rsidRDefault="00417AFE" w:rsidP="00417AFE">
          <w:pPr>
            <w:pStyle w:val="55DEF717206E46CBB49E3CA9CF2B0248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80A5363FC87414F88DF988F8080C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93695-E047-4698-8B84-71CD715ED5B1}"/>
      </w:docPartPr>
      <w:docPartBody>
        <w:p w:rsidR="00DB75BB" w:rsidRDefault="00417AFE" w:rsidP="00417AFE">
          <w:pPr>
            <w:pStyle w:val="380A5363FC87414F88DF988F8080C54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7E94450DB14712B026756090D23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0FB1A-C32C-4FD9-BB57-8EA078CAB8EB}"/>
      </w:docPartPr>
      <w:docPartBody>
        <w:p w:rsidR="00DB75BB" w:rsidRDefault="00417AFE" w:rsidP="00417AFE">
          <w:pPr>
            <w:pStyle w:val="707E94450DB14712B026756090D23B8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A0932178164859A80FCCB4EA185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EA2D3-CCBC-4157-962B-85346E5FE2D1}"/>
      </w:docPartPr>
      <w:docPartBody>
        <w:p w:rsidR="00DB75BB" w:rsidRDefault="00417AFE" w:rsidP="00417AFE">
          <w:pPr>
            <w:pStyle w:val="E2A0932178164859A80FCCB4EA1856C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2E699AA3744BFC9501298D440F8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65681-09A7-44C8-BA1F-D9B81C8B98C7}"/>
      </w:docPartPr>
      <w:docPartBody>
        <w:p w:rsidR="00DB75BB" w:rsidRDefault="00417AFE" w:rsidP="00417AFE">
          <w:pPr>
            <w:pStyle w:val="282E699AA3744BFC9501298D440F8C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F54A643CC74A64A26A6C0224F85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C3AD7-0183-4E5B-AC5C-F5D325CF26D4}"/>
      </w:docPartPr>
      <w:docPartBody>
        <w:p w:rsidR="00DB75BB" w:rsidRDefault="00417AFE" w:rsidP="00417AFE">
          <w:pPr>
            <w:pStyle w:val="CEF54A643CC74A64A26A6C0224F8560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AE206B7D9C42A881845E3976C3F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B9807-7314-4B7D-B4C8-68D9D12117F4}"/>
      </w:docPartPr>
      <w:docPartBody>
        <w:p w:rsidR="00DB75BB" w:rsidRDefault="00417AFE" w:rsidP="00417AFE">
          <w:pPr>
            <w:pStyle w:val="42AE206B7D9C42A881845E3976C3FC1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E181DB35AA74D9B86DCC60F452F3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4E3AC-8454-46E4-B9C7-486DA45CA1B3}"/>
      </w:docPartPr>
      <w:docPartBody>
        <w:p w:rsidR="00DB75BB" w:rsidRDefault="00417AFE" w:rsidP="00417AFE">
          <w:pPr>
            <w:pStyle w:val="8E181DB35AA74D9B86DCC60F452F3C78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183C18014A0495EB6507D1D46D0F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798EF-D6D2-498E-8AFF-4B6417ED403B}"/>
      </w:docPartPr>
      <w:docPartBody>
        <w:p w:rsidR="00DB75BB" w:rsidRDefault="00417AFE" w:rsidP="00417AFE">
          <w:pPr>
            <w:pStyle w:val="5183C18014A0495EB6507D1D46D0F80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E727D47674442B99BF612F70E5C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4BC50-8378-45B9-B1F6-FCE820A1F6D7}"/>
      </w:docPartPr>
      <w:docPartBody>
        <w:p w:rsidR="00DB75BB" w:rsidRDefault="00417AFE" w:rsidP="00417AFE">
          <w:pPr>
            <w:pStyle w:val="13E727D47674442B99BF612F70E5CD4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7B31ED605D47D7A374D7FAE2D81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D318E-CC68-425B-9974-13B4B44D7954}"/>
      </w:docPartPr>
      <w:docPartBody>
        <w:p w:rsidR="00DB75BB" w:rsidRDefault="00417AFE" w:rsidP="00417AFE">
          <w:pPr>
            <w:pStyle w:val="4F7B31ED605D47D7A374D7FAE2D8101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CA7E9B6F724554B7E1741BD5E97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9F854-B24C-4468-9D9F-ED467FFB4194}"/>
      </w:docPartPr>
      <w:docPartBody>
        <w:p w:rsidR="00DB75BB" w:rsidRDefault="00417AFE" w:rsidP="00417AFE">
          <w:pPr>
            <w:pStyle w:val="4ECA7E9B6F724554B7E1741BD5E97F6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4BDD3587D44CF9A42CFF164713F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B42D0-5DF9-47D4-8263-3F5EC7FC87E2}"/>
      </w:docPartPr>
      <w:docPartBody>
        <w:p w:rsidR="00DB75BB" w:rsidRDefault="00417AFE" w:rsidP="00417AFE">
          <w:pPr>
            <w:pStyle w:val="8F4BDD3587D44CF9A42CFF164713FF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7462EA8DAC489183AE76189A9DB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95004-43D7-4905-961E-CB4D93A4D2E0}"/>
      </w:docPartPr>
      <w:docPartBody>
        <w:p w:rsidR="00DB75BB" w:rsidRDefault="00417AFE" w:rsidP="00417AFE">
          <w:pPr>
            <w:pStyle w:val="037462EA8DAC489183AE76189A9DB4F2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71F9A065894418984933CAACFFE9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5EBA6-517D-4B21-9CF3-4CF7B1D6C203}"/>
      </w:docPartPr>
      <w:docPartBody>
        <w:p w:rsidR="00DB75BB" w:rsidRDefault="00417AFE" w:rsidP="00417AFE">
          <w:pPr>
            <w:pStyle w:val="871F9A065894418984933CAACFFE92A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C7DC7BFAC5A463B8705A592F98AB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6834B-80A9-48F4-88F8-90BCAE1F056F}"/>
      </w:docPartPr>
      <w:docPartBody>
        <w:p w:rsidR="00DB75BB" w:rsidRDefault="00417AFE" w:rsidP="00417AFE">
          <w:pPr>
            <w:pStyle w:val="0C7DC7BFAC5A463B8705A592F98AB5C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D00CF4AA5F4C08A0AE488A59A7E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D9E6E-3C2A-4321-A34B-EF97BA6F4768}"/>
      </w:docPartPr>
      <w:docPartBody>
        <w:p w:rsidR="00DB75BB" w:rsidRDefault="00417AFE" w:rsidP="00417AFE">
          <w:pPr>
            <w:pStyle w:val="C4D00CF4AA5F4C08A0AE488A59A7EB5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A89FF507024FA79D036A10C3DCE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1CCE6-DF13-4673-B54B-E3556343F940}"/>
      </w:docPartPr>
      <w:docPartBody>
        <w:p w:rsidR="00DB75BB" w:rsidRDefault="00417AFE" w:rsidP="00417AFE">
          <w:pPr>
            <w:pStyle w:val="1FA89FF507024FA79D036A10C3DCE5C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8F987013B44F0E82352C1DF84C9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10E6E-731A-49D0-8688-8CA340E29D51}"/>
      </w:docPartPr>
      <w:docPartBody>
        <w:p w:rsidR="00DB75BB" w:rsidRDefault="00417AFE" w:rsidP="00417AFE">
          <w:pPr>
            <w:pStyle w:val="BE8F987013B44F0E82352C1DF84C9F6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CA73ADD6124553ABD7F2E497234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63C4D-0E49-4C27-9772-C36B1DA08D54}"/>
      </w:docPartPr>
      <w:docPartBody>
        <w:p w:rsidR="00DB75BB" w:rsidRDefault="00417AFE" w:rsidP="00417AFE">
          <w:pPr>
            <w:pStyle w:val="40CA73ADD6124553ABD7F2E497234D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69436318D54158A613933B1B1E6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F2417-7863-445A-BFFB-07304DE940ED}"/>
      </w:docPartPr>
      <w:docPartBody>
        <w:p w:rsidR="00DB75BB" w:rsidRDefault="00417AFE" w:rsidP="00417AFE">
          <w:pPr>
            <w:pStyle w:val="1E69436318D54158A613933B1B1E6BF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7BB0E6615A4372B310D7B035563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EA551-0F7A-4E2A-AD5A-186407004AF4}"/>
      </w:docPartPr>
      <w:docPartBody>
        <w:p w:rsidR="00DB75BB" w:rsidRDefault="00417AFE" w:rsidP="00417AFE">
          <w:pPr>
            <w:pStyle w:val="047BB0E6615A4372B310D7B03556377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F0330D2DDB949458DBA510B695DD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47A96-E627-4645-87C5-2CBCA3703F23}"/>
      </w:docPartPr>
      <w:docPartBody>
        <w:p w:rsidR="00DB75BB" w:rsidRDefault="00417AFE" w:rsidP="00417AFE">
          <w:pPr>
            <w:pStyle w:val="5F0330D2DDB949458DBA510B695DD8F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8AB93930E84DA38E7F5A9EF965D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58344-CEB5-426F-86D1-0E4E375D2E39}"/>
      </w:docPartPr>
      <w:docPartBody>
        <w:p w:rsidR="00DB75BB" w:rsidRDefault="00417AFE" w:rsidP="00417AFE">
          <w:pPr>
            <w:pStyle w:val="3A8AB93930E84DA38E7F5A9EF965D48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BCC517BBD746F8BAE5939D7E1D7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C62C9-D9FC-465B-8880-AD4DDB297CD9}"/>
      </w:docPartPr>
      <w:docPartBody>
        <w:p w:rsidR="00DB75BB" w:rsidRDefault="00417AFE" w:rsidP="00417AFE">
          <w:pPr>
            <w:pStyle w:val="CBBCC517BBD746F8BAE5939D7E1D7EC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D49FAFB24642C39E744A1754CC4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8004C-0C5F-4F90-8E5A-A712F1B13C75}"/>
      </w:docPartPr>
      <w:docPartBody>
        <w:p w:rsidR="00DB75BB" w:rsidRDefault="00417AFE" w:rsidP="00417AFE">
          <w:pPr>
            <w:pStyle w:val="9FD49FAFB24642C39E744A1754CC430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47E6B6D65B4C3D8CDD7812E0B91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481D2-089E-4219-955D-090010B27DB3}"/>
      </w:docPartPr>
      <w:docPartBody>
        <w:p w:rsidR="00DB75BB" w:rsidRDefault="00417AFE" w:rsidP="00417AFE">
          <w:pPr>
            <w:pStyle w:val="0C47E6B6D65B4C3D8CDD7812E0B91854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51B8AE382B64170B7DC72DCF5C58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5DDDE-AB53-4030-848C-F700AAFF99C8}"/>
      </w:docPartPr>
      <w:docPartBody>
        <w:p w:rsidR="00DB75BB" w:rsidRDefault="00417AFE" w:rsidP="00417AFE">
          <w:pPr>
            <w:pStyle w:val="851B8AE382B64170B7DC72DCF5C586F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35BB0C1D66458AA61FADB19C62C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28356-C7AA-4C93-9482-1DEC44E964EF}"/>
      </w:docPartPr>
      <w:docPartBody>
        <w:p w:rsidR="00DB75BB" w:rsidRDefault="00417AFE" w:rsidP="00417AFE">
          <w:pPr>
            <w:pStyle w:val="AA35BB0C1D66458AA61FADB19C62C2C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F9191AF2A04D23B0D78EAF40CE2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C329B-F3E2-45DC-8E1D-1AFA07B55D80}"/>
      </w:docPartPr>
      <w:docPartBody>
        <w:p w:rsidR="00DB75BB" w:rsidRDefault="00417AFE" w:rsidP="00417AFE">
          <w:pPr>
            <w:pStyle w:val="70F9191AF2A04D23B0D78EAF40CE236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5A88F010FF49E39AB9E9680AA3D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2B875-2AA1-4562-B5C2-02451789F216}"/>
      </w:docPartPr>
      <w:docPartBody>
        <w:p w:rsidR="00DB75BB" w:rsidRDefault="00417AFE" w:rsidP="00417AFE">
          <w:pPr>
            <w:pStyle w:val="4E5A88F010FF49E39AB9E9680AA3D0D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F3FBEF17ECB42F69BED1B43F9AF9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275AB-835D-4F49-8F89-C89B669A56E6}"/>
      </w:docPartPr>
      <w:docPartBody>
        <w:p w:rsidR="00DB75BB" w:rsidRDefault="00417AFE" w:rsidP="00417AFE">
          <w:pPr>
            <w:pStyle w:val="8F3FBEF17ECB42F69BED1B43F9AF9B2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A9C2F895E8497B9826F85F10437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0E652-B65A-4DCA-A71B-FEC5FE660574}"/>
      </w:docPartPr>
      <w:docPartBody>
        <w:p w:rsidR="00DB75BB" w:rsidRDefault="00417AFE" w:rsidP="00417AFE">
          <w:pPr>
            <w:pStyle w:val="92A9C2F895E8497B9826F85F10437A8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25405F6EAF4F5BBE711AAAB6031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4F8F-96DF-4CA8-8137-E1D36EB513A9}"/>
      </w:docPartPr>
      <w:docPartBody>
        <w:p w:rsidR="00DB75BB" w:rsidRDefault="00417AFE" w:rsidP="00417AFE">
          <w:pPr>
            <w:pStyle w:val="2C25405F6EAF4F5BBE711AAAB6031C0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AA8DEFB69942BB8E05E321FC736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BB934-432D-4CD0-BF77-D20DD1180B56}"/>
      </w:docPartPr>
      <w:docPartBody>
        <w:p w:rsidR="00DB75BB" w:rsidRDefault="00417AFE" w:rsidP="00417AFE">
          <w:pPr>
            <w:pStyle w:val="38AA8DEFB69942BB8E05E321FC7362D2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16FB5AB67BA4984AF94F4530601D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641FB-B8AC-4288-A754-7A785F459186}"/>
      </w:docPartPr>
      <w:docPartBody>
        <w:p w:rsidR="00DB75BB" w:rsidRDefault="00417AFE" w:rsidP="00417AFE">
          <w:pPr>
            <w:pStyle w:val="316FB5AB67BA4984AF94F4530601D2D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A664FFB8C64F7089D2594CFE359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C8A52-08C0-4E86-BE47-94F7364FC6B7}"/>
      </w:docPartPr>
      <w:docPartBody>
        <w:p w:rsidR="00DB75BB" w:rsidRDefault="00417AFE" w:rsidP="00417AFE">
          <w:pPr>
            <w:pStyle w:val="C0A664FFB8C64F7089D2594CFE35941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FB29A878D47869276DC5077678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ED0D9-DFD2-4DE2-B148-5ABCFE2EA0E2}"/>
      </w:docPartPr>
      <w:docPartBody>
        <w:p w:rsidR="00DB75BB" w:rsidRDefault="00417AFE" w:rsidP="00417AFE">
          <w:pPr>
            <w:pStyle w:val="521FB29A878D47869276DC50776787CB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D0A7E16166D41A6867196737EE74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986BF-ED9C-4854-9661-B76574DF7665}"/>
      </w:docPartPr>
      <w:docPartBody>
        <w:p w:rsidR="00DB75BB" w:rsidRDefault="00417AFE" w:rsidP="00417AFE">
          <w:pPr>
            <w:pStyle w:val="AD0A7E16166D41A6867196737EE74B5A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713DA255ACD4B0EB48347A73AC2E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A5090-D2EF-4E25-8CCA-2F0C511E0293}"/>
      </w:docPartPr>
      <w:docPartBody>
        <w:p w:rsidR="00DB75BB" w:rsidRDefault="00417AFE" w:rsidP="00417AFE">
          <w:pPr>
            <w:pStyle w:val="3713DA255ACD4B0EB48347A73AC2E54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04858C4DF24FA1BD032DF04B8C8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CBF08-F4D3-49B7-A482-9A331A807A58}"/>
      </w:docPartPr>
      <w:docPartBody>
        <w:p w:rsidR="00DB75BB" w:rsidRDefault="00417AFE" w:rsidP="00417AFE">
          <w:pPr>
            <w:pStyle w:val="AA04858C4DF24FA1BD032DF04B8C87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D4F0122EAD4CC8B921A9EF334DE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A8CF4-94DA-482D-AA91-26CCD68F3E3D}"/>
      </w:docPartPr>
      <w:docPartBody>
        <w:p w:rsidR="00DB75BB" w:rsidRDefault="00417AFE" w:rsidP="00417AFE">
          <w:pPr>
            <w:pStyle w:val="4AD4F0122EAD4CC8B921A9EF334DE10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6E90FE57FA485E910EC48CE8258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F7C8A-2FF4-40EC-B654-E9A74BCDB12D}"/>
      </w:docPartPr>
      <w:docPartBody>
        <w:p w:rsidR="00DB75BB" w:rsidRDefault="00417AFE" w:rsidP="00417AFE">
          <w:pPr>
            <w:pStyle w:val="446E90FE57FA485E910EC48CE82586EA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3598005120C48C68036F456A0306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08339-3EE2-491D-8DEF-85DCF0FD246C}"/>
      </w:docPartPr>
      <w:docPartBody>
        <w:p w:rsidR="00DB75BB" w:rsidRDefault="00417AFE" w:rsidP="00417AFE">
          <w:pPr>
            <w:pStyle w:val="B3598005120C48C68036F456A0306813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D332492A431741B2B53F66EA2FDFF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8CBE6-95BD-4585-A1C6-538EB389B093}"/>
      </w:docPartPr>
      <w:docPartBody>
        <w:p w:rsidR="00DB75BB" w:rsidRDefault="00417AFE" w:rsidP="00417AFE">
          <w:pPr>
            <w:pStyle w:val="D332492A431741B2B53F66EA2FDFFE1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3485EE10714DC2A1E45BDD69AE7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FCA47-B0B3-49F3-8E2A-E778A774A71B}"/>
      </w:docPartPr>
      <w:docPartBody>
        <w:p w:rsidR="00DB75BB" w:rsidRDefault="00417AFE" w:rsidP="00417AFE">
          <w:pPr>
            <w:pStyle w:val="C93485EE10714DC2A1E45BDD69AE7A6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951EFAE3564433962C3528D2D93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BE89F-8196-40CD-9E63-9B2B5C8B53B5}"/>
      </w:docPartPr>
      <w:docPartBody>
        <w:p w:rsidR="00DB75BB" w:rsidRDefault="00417AFE" w:rsidP="00417AFE">
          <w:pPr>
            <w:pStyle w:val="50951EFAE3564433962C3528D2D9339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FB8AE0B06A43A0BFACA5D6AD1DE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F70FE-B43D-4F98-B4FE-6099B623C18E}"/>
      </w:docPartPr>
      <w:docPartBody>
        <w:p w:rsidR="00DB75BB" w:rsidRDefault="00417AFE" w:rsidP="00417AFE">
          <w:pPr>
            <w:pStyle w:val="42FB8AE0B06A43A0BFACA5D6AD1DE9C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0A015B3D3E34738A7A23931F16BF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C6A33-DC83-45E9-B3A9-3FFEDD8C5147}"/>
      </w:docPartPr>
      <w:docPartBody>
        <w:p w:rsidR="00DB75BB" w:rsidRDefault="00417AFE" w:rsidP="00417AFE">
          <w:pPr>
            <w:pStyle w:val="F0A015B3D3E34738A7A23931F16BF234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D4A6A4EF1D674ADD85BAACE74BEC5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B3181-5735-4C58-AE6A-69BF4A1DDE76}"/>
      </w:docPartPr>
      <w:docPartBody>
        <w:p w:rsidR="00DB75BB" w:rsidRDefault="00417AFE" w:rsidP="00417AFE">
          <w:pPr>
            <w:pStyle w:val="D4A6A4EF1D674ADD85BAACE74BEC52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C51188AA1C4808BA420B07ABB9B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4712E-EBAE-4B13-9E3A-F6479868ECCB}"/>
      </w:docPartPr>
      <w:docPartBody>
        <w:p w:rsidR="00DB75BB" w:rsidRDefault="00417AFE" w:rsidP="00417AFE">
          <w:pPr>
            <w:pStyle w:val="1EC51188AA1C4808BA420B07ABB9BCF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627B947AD6448AB5E5FF12EB3BD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B21BB-EA15-4C37-B9A9-81849AADC92A}"/>
      </w:docPartPr>
      <w:docPartBody>
        <w:p w:rsidR="00DB75BB" w:rsidRDefault="00417AFE" w:rsidP="00417AFE">
          <w:pPr>
            <w:pStyle w:val="3E627B947AD6448AB5E5FF12EB3BD98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A2FEE8EFB24F7F99ADA9F6E92EB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680DF-CBA0-4FB7-9523-620BD8435531}"/>
      </w:docPartPr>
      <w:docPartBody>
        <w:p w:rsidR="00DB75BB" w:rsidRDefault="00417AFE" w:rsidP="00417AFE">
          <w:pPr>
            <w:pStyle w:val="BFA2FEE8EFB24F7F99ADA9F6E92EBB58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80DC595DFB46B791C3906F31351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BFD3B-7B7A-4C32-A92B-85917236E7FA}"/>
      </w:docPartPr>
      <w:docPartBody>
        <w:p w:rsidR="00DB75BB" w:rsidRDefault="00417AFE" w:rsidP="00417AFE">
          <w:pPr>
            <w:pStyle w:val="A580DC595DFB46B791C3906F31351F8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123021DFC45619731DD39C4C22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9A432-54D5-4D4A-A4C7-DBC83A1CB4D6}"/>
      </w:docPartPr>
      <w:docPartBody>
        <w:p w:rsidR="00DB75BB" w:rsidRDefault="00417AFE" w:rsidP="00417AFE">
          <w:pPr>
            <w:pStyle w:val="76B123021DFC45619731DD39C4C228A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891D0DD30A477791E9523BAA94A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CB633-6F03-4769-AC8D-4E766F837845}"/>
      </w:docPartPr>
      <w:docPartBody>
        <w:p w:rsidR="00DB75BB" w:rsidRDefault="00417AFE" w:rsidP="00417AFE">
          <w:pPr>
            <w:pStyle w:val="E9891D0DD30A477791E9523BAA94ADF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732017C9C64617AE398D12A025A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1C645-47CA-46FE-9FBA-37015757D121}"/>
      </w:docPartPr>
      <w:docPartBody>
        <w:p w:rsidR="00DB75BB" w:rsidRDefault="00417AFE" w:rsidP="00417AFE">
          <w:pPr>
            <w:pStyle w:val="8C732017C9C64617AE398D12A025ADE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CA424F2C23465CBE696CD845160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33036-BCEE-4317-9618-D50D43DC7D84}"/>
      </w:docPartPr>
      <w:docPartBody>
        <w:p w:rsidR="00DB75BB" w:rsidRDefault="00417AFE" w:rsidP="00417AFE">
          <w:pPr>
            <w:pStyle w:val="71CA424F2C23465CBE696CD845160F0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D01ACAFD1C4AACA7E889F6553B1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15AB0-B5E9-4CC8-A9DA-98C1AF3C8180}"/>
      </w:docPartPr>
      <w:docPartBody>
        <w:p w:rsidR="00DB75BB" w:rsidRDefault="00417AFE" w:rsidP="00417AFE">
          <w:pPr>
            <w:pStyle w:val="7CD01ACAFD1C4AACA7E889F6553B125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F18036341D472CB9E6C47B6FA47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DB462-D48A-43D9-AD18-B84B2911BC54}"/>
      </w:docPartPr>
      <w:docPartBody>
        <w:p w:rsidR="00DB75BB" w:rsidRDefault="00417AFE" w:rsidP="00417AFE">
          <w:pPr>
            <w:pStyle w:val="F6F18036341D472CB9E6C47B6FA47BF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5C7FF6D5AB4DE28E91742AC208D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99BF8-83E2-4C37-864D-012C71BAB5D4}"/>
      </w:docPartPr>
      <w:docPartBody>
        <w:p w:rsidR="00DB75BB" w:rsidRDefault="00417AFE" w:rsidP="00417AFE">
          <w:pPr>
            <w:pStyle w:val="F35C7FF6D5AB4DE28E91742AC208D9C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B3738141A943CB9CC6006289429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84FD7-6420-438F-821B-6FBFB20271AC}"/>
      </w:docPartPr>
      <w:docPartBody>
        <w:p w:rsidR="00DB75BB" w:rsidRDefault="00417AFE" w:rsidP="00417AFE">
          <w:pPr>
            <w:pStyle w:val="29B3738141A943CB9CC6006289429A1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B7DAAB0FBE42AFB9D6819FD1152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7AFAC-90E3-4E1A-AE9B-701A68DD64FC}"/>
      </w:docPartPr>
      <w:docPartBody>
        <w:p w:rsidR="00DB75BB" w:rsidRDefault="00417AFE" w:rsidP="00417AFE">
          <w:pPr>
            <w:pStyle w:val="F0B7DAAB0FBE42AFB9D6819FD115257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1959E4219844909604E89F0C032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36935-8ECA-431C-93C0-847772DB9D9F}"/>
      </w:docPartPr>
      <w:docPartBody>
        <w:p w:rsidR="00DB75BB" w:rsidRDefault="00417AFE" w:rsidP="00417AFE">
          <w:pPr>
            <w:pStyle w:val="A91959E4219844909604E89F0C032A4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8327F7521A49F398BE048DAF226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419A9-211E-44C2-B73C-E86BEAAE514D}"/>
      </w:docPartPr>
      <w:docPartBody>
        <w:p w:rsidR="00DB75BB" w:rsidRDefault="00417AFE" w:rsidP="00417AFE">
          <w:pPr>
            <w:pStyle w:val="F38327F7521A49F398BE048DAF2263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539F8952D443D09EA19584BEF75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B8002-D3F3-478E-88EE-B5A75127AA2E}"/>
      </w:docPartPr>
      <w:docPartBody>
        <w:p w:rsidR="00DB75BB" w:rsidRDefault="00417AFE" w:rsidP="00417AFE">
          <w:pPr>
            <w:pStyle w:val="CE539F8952D443D09EA19584BEF753D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544E0E9F9B44628ADA3B720A080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7F629-133D-4790-8273-8B3CAEE273AF}"/>
      </w:docPartPr>
      <w:docPartBody>
        <w:p w:rsidR="00DB75BB" w:rsidRDefault="00417AFE" w:rsidP="00417AFE">
          <w:pPr>
            <w:pStyle w:val="95544E0E9F9B44628ADA3B720A08008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4DA014058C464D8D814A89D3175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844A3-0378-45A5-834E-5C75D6E8672C}"/>
      </w:docPartPr>
      <w:docPartBody>
        <w:p w:rsidR="00DB75BB" w:rsidRDefault="00417AFE" w:rsidP="00417AFE">
          <w:pPr>
            <w:pStyle w:val="174DA014058C464D8D814A89D3175E4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0EA735AE054E6DBD2A5B5BF6503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18E7F-6265-479D-B1DB-DB692D5DE702}"/>
      </w:docPartPr>
      <w:docPartBody>
        <w:p w:rsidR="00DB75BB" w:rsidRDefault="00417AFE" w:rsidP="00417AFE">
          <w:pPr>
            <w:pStyle w:val="0D0EA735AE054E6DBD2A5B5BF65033C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74E7D3EF9348F597C153CB54229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D83EE-FEC2-44B0-BD6D-11E82C1C5ACC}"/>
      </w:docPartPr>
      <w:docPartBody>
        <w:p w:rsidR="00DB75BB" w:rsidRDefault="00417AFE" w:rsidP="00417AFE">
          <w:pPr>
            <w:pStyle w:val="5E74E7D3EF9348F597C153CB54229D3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D40D3E17FF4BBC999094D55EF10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C08A7-DEE7-4FB3-8448-F11A77895F2A}"/>
      </w:docPartPr>
      <w:docPartBody>
        <w:p w:rsidR="00DB75BB" w:rsidRDefault="00417AFE" w:rsidP="00417AFE">
          <w:pPr>
            <w:pStyle w:val="5CD40D3E17FF4BBC999094D55EF1063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AA0CC63A994A9EA319B3210D956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B7D9B-50DC-4F7E-8B03-CFE99ED30D10}"/>
      </w:docPartPr>
      <w:docPartBody>
        <w:p w:rsidR="00DB75BB" w:rsidRDefault="00417AFE" w:rsidP="00417AFE">
          <w:pPr>
            <w:pStyle w:val="BFAA0CC63A994A9EA319B3210D95602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EAF7779DE94F15AB38AF42D0C6B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A445D-8FD7-4877-982E-BAAC2B3999EB}"/>
      </w:docPartPr>
      <w:docPartBody>
        <w:p w:rsidR="00DB75BB" w:rsidRDefault="00417AFE" w:rsidP="00417AFE">
          <w:pPr>
            <w:pStyle w:val="78EAF7779DE94F15AB38AF42D0C6BC9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83E8F"/>
    <w:rsid w:val="00160338"/>
    <w:rsid w:val="002630F8"/>
    <w:rsid w:val="00413438"/>
    <w:rsid w:val="004161F5"/>
    <w:rsid w:val="00417AFE"/>
    <w:rsid w:val="00422BA4"/>
    <w:rsid w:val="005A051B"/>
    <w:rsid w:val="006239E1"/>
    <w:rsid w:val="00667F4B"/>
    <w:rsid w:val="006D0099"/>
    <w:rsid w:val="0087285C"/>
    <w:rsid w:val="008D097A"/>
    <w:rsid w:val="00926343"/>
    <w:rsid w:val="009A5C93"/>
    <w:rsid w:val="00B302C0"/>
    <w:rsid w:val="00BD0B7C"/>
    <w:rsid w:val="00C1381B"/>
    <w:rsid w:val="00DB75BB"/>
    <w:rsid w:val="00E5708D"/>
    <w:rsid w:val="00F277ED"/>
    <w:rsid w:val="00F52E0C"/>
    <w:rsid w:val="00F7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7AFE"/>
    <w:rPr>
      <w:color w:val="666666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1">
    <w:name w:val="1734C0B0E50C4165979C1D1CD6EF511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1">
    <w:name w:val="D5F14FB66A15431389EB3E003A7DADB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1">
    <w:name w:val="767E5F504CE04A3283DBB5C362BF53D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FCDD7E8CBA47AF8DF1392A068279201">
    <w:name w:val="75FCDD7E8CBA47AF8DF1392A06827920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1">
    <w:name w:val="15FA136DFCC9400EA3643631FD9D49AC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1">
    <w:name w:val="0650B01579224C17841E78E78C05793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1">
    <w:name w:val="758EF154077D4EC492E0AA02749775E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1">
    <w:name w:val="60444590C5F4414E83C6454885D5753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1">
    <w:name w:val="096DC268CB3744C7AF90E558EFABE7F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1">
    <w:name w:val="16EE3227410F4460A6706019F08584B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1">
    <w:name w:val="35C6ADD19D0A4F7F9AA8A8D4CCB1374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1">
    <w:name w:val="0AD4EFDEB46F4DD3B07D7D864B6EAEB2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1">
    <w:name w:val="C969D259CE28476AA1EB44B74A93B0D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1">
    <w:name w:val="4163D3241B974CB9999FF0EC5B4E2B2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1">
    <w:name w:val="89495584885745569DDCF4FEC1482D05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1">
    <w:name w:val="66C6F6902A3B4D4CA7D745FDDA70B68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1">
    <w:name w:val="4CD965A9EE694FECADF2476D720E7B6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1">
    <w:name w:val="09E232A6ADC042DB884957F020A929B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1">
    <w:name w:val="3DF7FD3C5E5C4C0992D419903A5ACDD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1">
    <w:name w:val="CADFFF9D18954E1993F5C0789B03E17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1">
    <w:name w:val="657F90F891404138BEF4C8B0986FE70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1">
    <w:name w:val="C9113B8A854441D682CE5AC80AFB0860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1">
    <w:name w:val="A98CC7936C024C2988776FBA2CC670B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1">
    <w:name w:val="2E9B36F7201C45DF99CA9FA9C42900A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1">
    <w:name w:val="09814CF1CD7A47D3BB560F37A96F9D5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1">
    <w:name w:val="7793DEAF92564508A217818A964BBBC0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1">
    <w:name w:val="872FF4CA11794B8A841DB2220DF10EA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1">
    <w:name w:val="4E97BD512F134974B65EC5CE1A1FFA5C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1">
    <w:name w:val="43C24FC1DD4E4C25906C3761C0E444F2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1">
    <w:name w:val="6E5B51F8A20C49259CB13015EB12138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1">
    <w:name w:val="ACA81B7FEB124004A04A95F11ADBD7A7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1">
    <w:name w:val="E3F5175B57004446843F4F317C13BE7C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1">
    <w:name w:val="6E2E25C8BD59485F83A4E1A3EB66C1C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1">
    <w:name w:val="74CADD3637F3476CAEF2795719E307A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1">
    <w:name w:val="AB27C8C8D90949D99B80C3BCC40C6DB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1">
    <w:name w:val="BE6BAA36B4CE46CCBA1107A2CA86328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1">
    <w:name w:val="98F3A9EE91754E259AFD2F141BD88EC3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1">
    <w:name w:val="A562792367E244C2B52C13434E400DB2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1">
    <w:name w:val="7E217E49FF2B4BCCB4F3ACCCBA86205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1">
    <w:name w:val="A6B6B6169038418C8F137F03A3BAC3E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1">
    <w:name w:val="BA84038C5BAB4BC98BCFD7720888F4E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1">
    <w:name w:val="2A85F1BB5E59479D91B2E845B74103B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1">
    <w:name w:val="734A0FEE22AB4D08A85FAFBB84445CB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1">
    <w:name w:val="3AE69983638E496B87E186B118E83D05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1">
    <w:name w:val="4E1B8BE8E635423EB269141E9E2912AC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1">
    <w:name w:val="522C19E6AA2346A4966003129C441C2C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1">
    <w:name w:val="DC6DBC8E8B3947CB8F9195F36B67D85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1">
    <w:name w:val="49487EF4E50B45EF8F8DF0A58099CB0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7F8148B2FCE4BA289FE5A040BC6A1B01">
    <w:name w:val="F7F8148B2FCE4BA289FE5A040BC6A1B0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D1A8E45574ABC92E9B5530018C0561">
    <w:name w:val="426D1A8E45574ABC92E9B5530018C05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DEF717206E46CBB49E3CA9CF2B02481">
    <w:name w:val="55DEF717206E46CBB49E3CA9CF2B024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80A5363FC87414F88DF988F8080C54E1">
    <w:name w:val="380A5363FC87414F88DF988F8080C54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7E94450DB14712B026756090D23B871">
    <w:name w:val="707E94450DB14712B026756090D23B87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2A0932178164859A80FCCB4EA1856C21">
    <w:name w:val="E2A0932178164859A80FCCB4EA1856C2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82E699AA3744BFC9501298D440F8C4F1">
    <w:name w:val="282E699AA3744BFC9501298D440F8C4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EF54A643CC74A64A26A6C0224F856081">
    <w:name w:val="CEF54A643CC74A64A26A6C0224F8560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AE206B7D9C42A881845E3976C3FC111">
    <w:name w:val="42AE206B7D9C42A881845E3976C3FC1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E181DB35AA74D9B86DCC60F452F3C781">
    <w:name w:val="8E181DB35AA74D9B86DCC60F452F3C7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83C18014A0495EB6507D1D46D0F80D1">
    <w:name w:val="5183C18014A0495EB6507D1D46D0F80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E727D47674442B99BF612F70E5CD491">
    <w:name w:val="13E727D47674442B99BF612F70E5CD4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7B31ED605D47D7A374D7FAE2D810181">
    <w:name w:val="4F7B31ED605D47D7A374D7FAE2D8101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CA7E9B6F724554B7E1741BD5E97F661">
    <w:name w:val="4ECA7E9B6F724554B7E1741BD5E97F6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4BDD3587D44CF9A42CFF164713FFEE1">
    <w:name w:val="8F4BDD3587D44CF9A42CFF164713FFE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37462EA8DAC489183AE76189A9DB4F21">
    <w:name w:val="037462EA8DAC489183AE76189A9DB4F2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1F9A065894418984933CAACFFE92AE1">
    <w:name w:val="871F9A065894418984933CAACFFE92A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C7DC7BFAC5A463B8705A592F98AB5C51">
    <w:name w:val="0C7DC7BFAC5A463B8705A592F98AB5C5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4D00CF4AA5F4C08A0AE488A59A7EB5B1">
    <w:name w:val="C4D00CF4AA5F4C08A0AE488A59A7EB5B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FA89FF507024FA79D036A10C3DCE5C91">
    <w:name w:val="1FA89FF507024FA79D036A10C3DCE5C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8F987013B44F0E82352C1DF84C9F6F1">
    <w:name w:val="BE8F987013B44F0E82352C1DF84C9F6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1">
    <w:name w:val="C6C5AA04D5744E5397F5B4C02E599FEC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1">
    <w:name w:val="657845195F10471BB191FDF6254F450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1">
    <w:name w:val="4261ABEBA6024587BD9BFFA89B86CBA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1">
    <w:name w:val="ECE4C47E07C843CCA2D7255597D07705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1">
    <w:name w:val="9444CF760006459A89EF2B7CE3AFF2D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1">
    <w:name w:val="A451D5A1F2414B9AB219F05CFB3EC45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1">
    <w:name w:val="E58E1C4CC73644419B96786849CD0414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D7DA4317824562B0E76F185F28F5ED1">
    <w:name w:val="BAD7DA4317824562B0E76F185F28F5E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4A2D43DF304886A881A48DB725E3AA1">
    <w:name w:val="774A2D43DF304886A881A48DB725E3A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2DC1AC1EF943789D35F04A292863231">
    <w:name w:val="F52DC1AC1EF943789D35F04A29286323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0F9E9C7F32471294302BE920C10E931">
    <w:name w:val="8F0F9E9C7F32471294302BE920C10E93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0EF9D5C5064AC3A5046E4511DC1EF51">
    <w:name w:val="400EF9D5C5064AC3A5046E4511DC1EF5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C1A675730A4DF4BE8EF00B9880615E1">
    <w:name w:val="47C1A675730A4DF4BE8EF00B9880615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66F365C96545E7BCD8875465C895051">
    <w:name w:val="B066F365C96545E7BCD8875465C89505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A6CB71295541ACA9F42EDDCCA9A3651">
    <w:name w:val="84A6CB71295541ACA9F42EDDCCA9A365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89163453E74F2594044BAC0AC3048A1">
    <w:name w:val="3A89163453E74F2594044BAC0AC3048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CA73ADD6124553ABD7F2E497234DA71">
    <w:name w:val="40CA73ADD6124553ABD7F2E497234DA7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69436318D54158A613933B1B1E6BF81">
    <w:name w:val="1E69436318D54158A613933B1B1E6BF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7BB0E6615A4372B310D7B0355637761">
    <w:name w:val="047BB0E6615A4372B310D7B03556377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F0330D2DDB949458DBA510B695DD8FE1">
    <w:name w:val="5F0330D2DDB949458DBA510B695DD8F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8AB93930E84DA38E7F5A9EF965D4811">
    <w:name w:val="3A8AB93930E84DA38E7F5A9EF965D48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BBCC517BBD746F8BAE5939D7E1D7ECD1">
    <w:name w:val="CBBCC517BBD746F8BAE5939D7E1D7EC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D49FAFB24642C39E744A1754CC43001">
    <w:name w:val="9FD49FAFB24642C39E744A1754CC4300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C47E6B6D65B4C3D8CDD7812E0B918541">
    <w:name w:val="0C47E6B6D65B4C3D8CDD7812E0B91854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51B8AE382B64170B7DC72DCF5C586F41">
    <w:name w:val="851B8AE382B64170B7DC72DCF5C586F4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A35BB0C1D66458AA61FADB19C62C2C41">
    <w:name w:val="AA35BB0C1D66458AA61FADB19C62C2C4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F9191AF2A04D23B0D78EAF40CE23671">
    <w:name w:val="70F9191AF2A04D23B0D78EAF40CE2367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5A88F010FF49E39AB9E9680AA3D0DD1">
    <w:name w:val="4E5A88F010FF49E39AB9E9680AA3D0D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3FBEF17ECB42F69BED1B43F9AF9B221">
    <w:name w:val="8F3FBEF17ECB42F69BED1B43F9AF9B22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2A9C2F895E8497B9826F85F10437A871">
    <w:name w:val="92A9C2F895E8497B9826F85F10437A87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C25405F6EAF4F5BBE711AAAB6031C051">
    <w:name w:val="2C25405F6EAF4F5BBE711AAAB6031C05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8AA8DEFB69942BB8E05E321FC7362D21">
    <w:name w:val="38AA8DEFB69942BB8E05E321FC7362D2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16FB5AB67BA4984AF94F4530601D2DA1">
    <w:name w:val="316FB5AB67BA4984AF94F4530601D2D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0A664FFB8C64F7089D2594CFE3594171">
    <w:name w:val="C0A664FFB8C64F7089D2594CFE359417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FB29A878D47869276DC50776787CB1">
    <w:name w:val="521FB29A878D47869276DC50776787CB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D0A7E16166D41A6867196737EE74B5A1">
    <w:name w:val="AD0A7E16166D41A6867196737EE74B5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713DA255ACD4B0EB48347A73AC2E5411">
    <w:name w:val="3713DA255ACD4B0EB48347A73AC2E54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A04858C4DF24FA1BD032DF04B8C875F1">
    <w:name w:val="AA04858C4DF24FA1BD032DF04B8C875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D4F0122EAD4CC8B921A9EF334DE10E1">
    <w:name w:val="4AD4F0122EAD4CC8B921A9EF334DE10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46E90FE57FA485E910EC48CE82586EA1">
    <w:name w:val="446E90FE57FA485E910EC48CE82586E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1">
    <w:name w:val="CA4E4ABAE5DA465E97A6237A7809538C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1">
    <w:name w:val="156AE4FD73954CA688AAE317B321396B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1">
    <w:name w:val="6D5A277E4DAE4119840AF2E2D970FC5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1">
    <w:name w:val="586FFECF142C4598987272C037E4807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1">
    <w:name w:val="0FB6E5FECABF45829BB384A56029A28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7F55E56614662B1BD690D409E392D1">
    <w:name w:val="4CD7F55E56614662B1BD690D409E392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CA545F1404488F9BCDC6DF6ECD56981">
    <w:name w:val="83CA545F1404488F9BCDC6DF6ECD569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4791A6C3B4B409F9841ABAC34947CDA1">
    <w:name w:val="64791A6C3B4B409F9841ABAC34947CD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BB2F660841949E08B46FD76E76ED4171">
    <w:name w:val="7BB2F660841949E08B46FD76E76ED417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22D1F9AF534FDC8C02CAF2CDAB4BB31">
    <w:name w:val="6522D1F9AF534FDC8C02CAF2CDAB4BB3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82E02C342B49EE9B5620169D18E6811">
    <w:name w:val="F382E02C342B49EE9B5620169D18E68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3C318EBCB23488ABD237F04F18A79FA1">
    <w:name w:val="B3C318EBCB23488ABD237F04F18A79F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7DB70BD4451466F97471D39AB200A3E1">
    <w:name w:val="27DB70BD4451466F97471D39AB200A3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B0EFB6E5C44B36A3A949DA73FDCE361">
    <w:name w:val="42B0EFB6E5C44B36A3A949DA73FDCE3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9B4CFDD701402581D2184F704108781">
    <w:name w:val="889B4CFDD701402581D2184F7041087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3598005120C48C68036F456A03068131">
    <w:name w:val="B3598005120C48C68036F456A0306813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32492A431741B2B53F66EA2FDFFE1A1">
    <w:name w:val="D332492A431741B2B53F66EA2FDFFE1A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3485EE10714DC2A1E45BDD69AE7A6B1">
    <w:name w:val="C93485EE10714DC2A1E45BDD69AE7A6B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0951EFAE3564433962C3528D2D9339D1">
    <w:name w:val="50951EFAE3564433962C3528D2D9339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FB8AE0B06A43A0BFACA5D6AD1DE9CD1">
    <w:name w:val="42FB8AE0B06A43A0BFACA5D6AD1DE9C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A015B3D3E34738A7A23931F16BF2341">
    <w:name w:val="F0A015B3D3E34738A7A23931F16BF234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A6A4EF1D674ADD85BAACE74BEC52A71">
    <w:name w:val="D4A6A4EF1D674ADD85BAACE74BEC52A7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C51188AA1C4808BA420B07ABB9BCF71">
    <w:name w:val="1EC51188AA1C4808BA420B07ABB9BCF7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627B947AD6448AB5E5FF12EB3BD9891">
    <w:name w:val="3E627B947AD6448AB5E5FF12EB3BD98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FA2FEE8EFB24F7F99ADA9F6E92EBB581">
    <w:name w:val="BFA2FEE8EFB24F7F99ADA9F6E92EBB5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1">
    <w:name w:val="7041F98D97294F33B27DB409BE8E34F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1">
    <w:name w:val="73AB6D1D873F4738BF61AE697637871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1">
    <w:name w:val="520891A0A4C04E9D9F8A8F3644975CB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1">
    <w:name w:val="C582574595EA444189787F4DFB8EE37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1">
    <w:name w:val="55670920D67C4481B676B57D42BEF39B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80DC595DFB46B791C3906F31351F841">
    <w:name w:val="A580DC595DFB46B791C3906F31351F84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B123021DFC45619731DD39C4C228A31">
    <w:name w:val="76B123021DFC45619731DD39C4C228A3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9891D0DD30A477791E9523BAA94ADF21">
    <w:name w:val="E9891D0DD30A477791E9523BAA94ADF2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C732017C9C64617AE398D12A025ADE61">
    <w:name w:val="8C732017C9C64617AE398D12A025ADE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1CA424F2C23465CBE696CD845160F041">
    <w:name w:val="71CA424F2C23465CBE696CD845160F04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CD01ACAFD1C4AACA7E889F6553B12521">
    <w:name w:val="7CD01ACAFD1C4AACA7E889F6553B1252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6F18036341D472CB9E6C47B6FA47BF91">
    <w:name w:val="F6F18036341D472CB9E6C47B6FA47BF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5C7FF6D5AB4DE28E91742AC208D9C51">
    <w:name w:val="F35C7FF6D5AB4DE28E91742AC208D9C5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9B3738141A943CB9CC6006289429A1C1">
    <w:name w:val="29B3738141A943CB9CC6006289429A1C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B7DAAB0FBE42AFB9D6819FD11525761">
    <w:name w:val="F0B7DAAB0FBE42AFB9D6819FD1152576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1959E4219844909604E89F0C032A481">
    <w:name w:val="A91959E4219844909604E89F0C032A48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8327F7521A49F398BE048DAF2263D91">
    <w:name w:val="F38327F7521A49F398BE048DAF2263D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E539F8952D443D09EA19584BEF753D41">
    <w:name w:val="CE539F8952D443D09EA19584BEF753D4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5544E0E9F9B44628ADA3B720A08008F1">
    <w:name w:val="95544E0E9F9B44628ADA3B720A08008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4DA014058C464D8D814A89D3175E411">
    <w:name w:val="174DA014058C464D8D814A89D3175E4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A735AE054E6DBD2A5B5BF65033CC1">
    <w:name w:val="0D0EA735AE054E6DBD2A5B5BF65033CC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74E7D3EF9348F597C153CB54229D311">
    <w:name w:val="5E74E7D3EF9348F597C153CB54229D31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D40D3E17FF4BBC999094D55EF1063F1">
    <w:name w:val="5CD40D3E17FF4BBC999094D55EF1063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FAA0CC63A994A9EA319B3210D95602D1">
    <w:name w:val="BFAA0CC63A994A9EA319B3210D95602D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EAF7779DE94F15AB38AF42D0C6BC9E1">
    <w:name w:val="78EAF7779DE94F15AB38AF42D0C6BC9E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">
    <w:name w:val="E7D02D12569949259F4B303AE9EE91BE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">
    <w:name w:val="CAA78230F4974F91A466D1A3E44D5E2D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">
    <w:name w:val="F0CFA2EC4C7B4356B9A2A03A62C38968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">
    <w:name w:val="9380793E9EE044989EB44762814E78B6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">
    <w:name w:val="0E951C26B4874E2787CBE628EA2C2094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">
    <w:name w:val="07E5AC0373094234B85BEF415F1A8998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">
    <w:name w:val="3ED87B2022A34B2198DC2B217B191AF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B5767361C04BDF87CDE2A1D720DEE91">
    <w:name w:val="23B5767361C04BDF87CDE2A1D720DEE9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F66836761CB48009FD186E94546F1D21">
    <w:name w:val="BF66836761CB48009FD186E94546F1D2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09692DD68FC467196C1C9410F36C1541">
    <w:name w:val="909692DD68FC467196C1C9410F36C1541"/>
    <w:rsid w:val="00417AFE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461384-EAAF-4412-82AA-238DDE3EA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1992</Words>
  <Characters>11360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7</cp:revision>
  <dcterms:created xsi:type="dcterms:W3CDTF">2026-09-01T14:23:00Z</dcterms:created>
  <dcterms:modified xsi:type="dcterms:W3CDTF">2026-10-07T10:54:00Z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